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7919EE" w14:textId="77777777" w:rsidR="0049647C" w:rsidRDefault="0049647C" w:rsidP="0033148E">
      <w:pPr>
        <w:pStyle w:val="Nagwek2"/>
        <w:spacing w:before="0" w:line="360" w:lineRule="auto"/>
        <w:jc w:val="center"/>
        <w:rPr>
          <w:color w:val="auto"/>
          <w:lang w:val="pl-PL"/>
        </w:rPr>
      </w:pPr>
    </w:p>
    <w:p w14:paraId="434DA475" w14:textId="77777777" w:rsidR="0049647C" w:rsidRDefault="0049647C" w:rsidP="0033148E">
      <w:pPr>
        <w:pStyle w:val="Nagwek2"/>
        <w:spacing w:before="0" w:line="360" w:lineRule="auto"/>
        <w:jc w:val="center"/>
        <w:rPr>
          <w:color w:val="auto"/>
          <w:lang w:val="pl-PL"/>
        </w:rPr>
      </w:pPr>
    </w:p>
    <w:p w14:paraId="44C5948A" w14:textId="0AE6A10A" w:rsidR="0049647C" w:rsidRPr="0049647C" w:rsidRDefault="0049647C" w:rsidP="0049647C">
      <w:pPr>
        <w:tabs>
          <w:tab w:val="left" w:pos="1950"/>
          <w:tab w:val="center" w:pos="4536"/>
          <w:tab w:val="right" w:pos="9072"/>
        </w:tabs>
        <w:spacing w:after="160" w:line="259" w:lineRule="auto"/>
        <w:rPr>
          <w:rFonts w:cs="Times New Roman"/>
          <w:lang w:val="pl-PL"/>
        </w:rPr>
      </w:pPr>
      <w:r w:rsidRPr="0049647C">
        <w:rPr>
          <w:rFonts w:cs="Times New Roman"/>
          <w:lang w:val="pl-PL"/>
        </w:rPr>
        <w:t>Załącznik nr</w:t>
      </w:r>
      <w:r w:rsidRPr="0049647C">
        <w:rPr>
          <w:rFonts w:cs="Times New Roman"/>
          <w:lang w:val="pl-PL"/>
        </w:rPr>
        <w:t xml:space="preserve"> 1</w:t>
      </w:r>
      <w:r w:rsidRPr="0049647C">
        <w:rPr>
          <w:rFonts w:cs="Times New Roman"/>
          <w:lang w:val="pl-PL"/>
        </w:rPr>
        <w:t xml:space="preserve"> do zapytania ofertowego </w:t>
      </w:r>
    </w:p>
    <w:p w14:paraId="789B3A37" w14:textId="77777777" w:rsidR="0049647C" w:rsidRDefault="0049647C" w:rsidP="0033148E">
      <w:pPr>
        <w:pStyle w:val="Nagwek2"/>
        <w:spacing w:before="0" w:line="360" w:lineRule="auto"/>
        <w:jc w:val="center"/>
        <w:rPr>
          <w:color w:val="auto"/>
          <w:lang w:val="pl-PL"/>
        </w:rPr>
      </w:pPr>
    </w:p>
    <w:p w14:paraId="0F515995" w14:textId="0C9CDB71" w:rsidR="00A71111" w:rsidRPr="0049647C" w:rsidRDefault="00252132" w:rsidP="0033148E">
      <w:pPr>
        <w:pStyle w:val="Nagwek2"/>
        <w:spacing w:before="0" w:line="360" w:lineRule="auto"/>
        <w:jc w:val="center"/>
        <w:rPr>
          <w:color w:val="auto"/>
          <w:szCs w:val="24"/>
          <w:lang w:val="pl-PL"/>
        </w:rPr>
      </w:pPr>
      <w:r w:rsidRPr="0049647C">
        <w:rPr>
          <w:color w:val="auto"/>
          <w:szCs w:val="24"/>
          <w:lang w:val="pl-PL"/>
        </w:rPr>
        <w:t>FORMULARZ OFERTOWY</w:t>
      </w:r>
    </w:p>
    <w:p w14:paraId="0A1CB1EC" w14:textId="7B1869CD" w:rsidR="00037261" w:rsidRPr="0049647C" w:rsidRDefault="00037261" w:rsidP="0033148E">
      <w:pPr>
        <w:spacing w:after="0" w:line="360" w:lineRule="auto"/>
        <w:contextualSpacing/>
        <w:jc w:val="both"/>
        <w:rPr>
          <w:rFonts w:asciiTheme="majorHAnsi" w:hAnsiTheme="majorHAnsi" w:cstheme="majorHAnsi"/>
          <w:sz w:val="24"/>
          <w:szCs w:val="24"/>
          <w:lang w:val="pl-PL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4106"/>
        <w:gridCol w:w="5743"/>
      </w:tblGrid>
      <w:tr w:rsidR="00A71111" w:rsidRPr="0049647C" w14:paraId="66A3320C" w14:textId="77777777" w:rsidTr="0049647C">
        <w:trPr>
          <w:trHeight w:val="340"/>
          <w:tblHeader/>
          <w:jc w:val="center"/>
        </w:trPr>
        <w:tc>
          <w:tcPr>
            <w:tcW w:w="4106" w:type="dxa"/>
            <w:shd w:val="clear" w:color="auto" w:fill="FFFFFF" w:themeFill="background1"/>
          </w:tcPr>
          <w:p w14:paraId="3283EE13" w14:textId="77777777" w:rsidR="00A71111" w:rsidRPr="0049647C" w:rsidRDefault="00C20DCE" w:rsidP="0033148E">
            <w:pPr>
              <w:spacing w:line="360" w:lineRule="auto"/>
              <w:rPr>
                <w:b/>
                <w:sz w:val="24"/>
                <w:szCs w:val="24"/>
                <w:lang w:val="pl-PL"/>
              </w:rPr>
            </w:pPr>
            <w:r w:rsidRPr="0049647C">
              <w:rPr>
                <w:b/>
                <w:sz w:val="24"/>
                <w:szCs w:val="24"/>
                <w:lang w:val="pl-PL"/>
              </w:rPr>
              <w:t>Dane oferenta</w:t>
            </w:r>
          </w:p>
        </w:tc>
        <w:tc>
          <w:tcPr>
            <w:tcW w:w="5743" w:type="dxa"/>
            <w:shd w:val="clear" w:color="auto" w:fill="FFFFFF" w:themeFill="background1"/>
          </w:tcPr>
          <w:p w14:paraId="0A51291F" w14:textId="77777777" w:rsidR="00A71111" w:rsidRPr="0049647C" w:rsidRDefault="00C20DCE" w:rsidP="0033148E">
            <w:pPr>
              <w:spacing w:line="360" w:lineRule="auto"/>
              <w:rPr>
                <w:b/>
                <w:sz w:val="24"/>
                <w:szCs w:val="24"/>
                <w:lang w:val="pl-PL"/>
              </w:rPr>
            </w:pPr>
            <w:r w:rsidRPr="0049647C">
              <w:rPr>
                <w:b/>
                <w:sz w:val="24"/>
                <w:szCs w:val="24"/>
                <w:lang w:val="pl-PL"/>
              </w:rPr>
              <w:t>Wypełnia oferent</w:t>
            </w:r>
          </w:p>
        </w:tc>
      </w:tr>
      <w:tr w:rsidR="00A71111" w:rsidRPr="0049647C" w14:paraId="1BDF38AA" w14:textId="77777777" w:rsidTr="0049647C">
        <w:trPr>
          <w:trHeight w:val="454"/>
          <w:jc w:val="center"/>
        </w:trPr>
        <w:tc>
          <w:tcPr>
            <w:tcW w:w="4106" w:type="dxa"/>
          </w:tcPr>
          <w:p w14:paraId="1DC3E182" w14:textId="77777777" w:rsidR="00A71111" w:rsidRPr="0049647C" w:rsidRDefault="00C20DCE" w:rsidP="0033148E">
            <w:pPr>
              <w:spacing w:line="360" w:lineRule="auto"/>
              <w:rPr>
                <w:b/>
                <w:sz w:val="24"/>
                <w:szCs w:val="24"/>
                <w:lang w:val="pl-PL"/>
              </w:rPr>
            </w:pPr>
            <w:r w:rsidRPr="0049647C">
              <w:rPr>
                <w:b/>
                <w:sz w:val="24"/>
                <w:szCs w:val="24"/>
                <w:lang w:val="pl-PL"/>
              </w:rPr>
              <w:t>Nazwa / imię i nazwisko oferenta</w:t>
            </w:r>
          </w:p>
        </w:tc>
        <w:tc>
          <w:tcPr>
            <w:tcW w:w="5743" w:type="dxa"/>
          </w:tcPr>
          <w:p w14:paraId="7EAF0852" w14:textId="77777777" w:rsidR="00A71111" w:rsidRPr="0049647C" w:rsidRDefault="00A71111" w:rsidP="0033148E">
            <w:pPr>
              <w:spacing w:line="360" w:lineRule="auto"/>
              <w:rPr>
                <w:sz w:val="24"/>
                <w:szCs w:val="24"/>
                <w:lang w:val="pl-PL"/>
              </w:rPr>
            </w:pPr>
          </w:p>
        </w:tc>
      </w:tr>
      <w:tr w:rsidR="00A71111" w:rsidRPr="0049647C" w14:paraId="0279879D" w14:textId="77777777" w:rsidTr="0049647C">
        <w:trPr>
          <w:trHeight w:val="454"/>
          <w:jc w:val="center"/>
        </w:trPr>
        <w:tc>
          <w:tcPr>
            <w:tcW w:w="4106" w:type="dxa"/>
          </w:tcPr>
          <w:p w14:paraId="5D8D836F" w14:textId="77777777" w:rsidR="00A71111" w:rsidRPr="0049647C" w:rsidRDefault="00C20DCE">
            <w:pPr>
              <w:rPr>
                <w:b/>
                <w:sz w:val="24"/>
                <w:szCs w:val="24"/>
                <w:lang w:val="pl-PL"/>
              </w:rPr>
            </w:pPr>
            <w:r w:rsidRPr="0049647C">
              <w:rPr>
                <w:b/>
                <w:sz w:val="24"/>
                <w:szCs w:val="24"/>
                <w:lang w:val="pl-PL"/>
              </w:rPr>
              <w:t>Adres siedziby / adres działalności</w:t>
            </w:r>
          </w:p>
        </w:tc>
        <w:tc>
          <w:tcPr>
            <w:tcW w:w="5743" w:type="dxa"/>
          </w:tcPr>
          <w:p w14:paraId="18F82393" w14:textId="77777777" w:rsidR="00A71111" w:rsidRPr="0049647C" w:rsidRDefault="00A71111">
            <w:pPr>
              <w:rPr>
                <w:sz w:val="24"/>
                <w:szCs w:val="24"/>
                <w:lang w:val="pl-PL"/>
              </w:rPr>
            </w:pPr>
          </w:p>
        </w:tc>
      </w:tr>
      <w:tr w:rsidR="00A71111" w:rsidRPr="0049647C" w14:paraId="686A2ECA" w14:textId="77777777" w:rsidTr="0049647C">
        <w:trPr>
          <w:trHeight w:val="454"/>
          <w:jc w:val="center"/>
        </w:trPr>
        <w:tc>
          <w:tcPr>
            <w:tcW w:w="4106" w:type="dxa"/>
          </w:tcPr>
          <w:p w14:paraId="0B5430E9" w14:textId="77777777" w:rsidR="00A71111" w:rsidRPr="0049647C" w:rsidRDefault="00C20DCE">
            <w:pPr>
              <w:rPr>
                <w:b/>
                <w:sz w:val="24"/>
                <w:szCs w:val="24"/>
                <w:lang w:val="pl-PL"/>
              </w:rPr>
            </w:pPr>
            <w:r w:rsidRPr="0049647C">
              <w:rPr>
                <w:b/>
                <w:sz w:val="24"/>
                <w:szCs w:val="24"/>
                <w:lang w:val="pl-PL"/>
              </w:rPr>
              <w:t>NIP</w:t>
            </w:r>
          </w:p>
        </w:tc>
        <w:tc>
          <w:tcPr>
            <w:tcW w:w="5743" w:type="dxa"/>
          </w:tcPr>
          <w:p w14:paraId="37E507D4" w14:textId="77777777" w:rsidR="00A71111" w:rsidRPr="0049647C" w:rsidRDefault="00A71111">
            <w:pPr>
              <w:rPr>
                <w:sz w:val="24"/>
                <w:szCs w:val="24"/>
                <w:lang w:val="pl-PL"/>
              </w:rPr>
            </w:pPr>
          </w:p>
        </w:tc>
      </w:tr>
      <w:tr w:rsidR="00A71111" w:rsidRPr="0049647C" w14:paraId="745CE086" w14:textId="77777777" w:rsidTr="0049647C">
        <w:trPr>
          <w:trHeight w:val="454"/>
          <w:jc w:val="center"/>
        </w:trPr>
        <w:tc>
          <w:tcPr>
            <w:tcW w:w="4106" w:type="dxa"/>
          </w:tcPr>
          <w:p w14:paraId="4C91E3AF" w14:textId="77777777" w:rsidR="00A71111" w:rsidRPr="0049647C" w:rsidRDefault="00C20DCE">
            <w:pPr>
              <w:rPr>
                <w:b/>
                <w:sz w:val="24"/>
                <w:szCs w:val="24"/>
                <w:lang w:val="pl-PL"/>
              </w:rPr>
            </w:pPr>
            <w:r w:rsidRPr="0049647C">
              <w:rPr>
                <w:b/>
                <w:sz w:val="24"/>
                <w:szCs w:val="24"/>
                <w:lang w:val="pl-PL"/>
              </w:rPr>
              <w:t>REGON</w:t>
            </w:r>
          </w:p>
        </w:tc>
        <w:tc>
          <w:tcPr>
            <w:tcW w:w="5743" w:type="dxa"/>
          </w:tcPr>
          <w:p w14:paraId="13D8846C" w14:textId="77777777" w:rsidR="00A71111" w:rsidRPr="0049647C" w:rsidRDefault="00A71111">
            <w:pPr>
              <w:rPr>
                <w:sz w:val="24"/>
                <w:szCs w:val="24"/>
                <w:lang w:val="pl-PL"/>
              </w:rPr>
            </w:pPr>
          </w:p>
        </w:tc>
      </w:tr>
      <w:tr w:rsidR="00A71111" w:rsidRPr="0049647C" w14:paraId="53CD8796" w14:textId="77777777" w:rsidTr="0049647C">
        <w:trPr>
          <w:trHeight w:val="454"/>
          <w:jc w:val="center"/>
        </w:trPr>
        <w:tc>
          <w:tcPr>
            <w:tcW w:w="4106" w:type="dxa"/>
          </w:tcPr>
          <w:p w14:paraId="2A1E64D9" w14:textId="77777777" w:rsidR="00A71111" w:rsidRPr="0049647C" w:rsidRDefault="00C20DCE">
            <w:pPr>
              <w:rPr>
                <w:b/>
                <w:sz w:val="24"/>
                <w:szCs w:val="24"/>
                <w:lang w:val="pl-PL"/>
              </w:rPr>
            </w:pPr>
            <w:r w:rsidRPr="0049647C">
              <w:rPr>
                <w:b/>
                <w:sz w:val="24"/>
                <w:szCs w:val="24"/>
                <w:lang w:val="pl-PL"/>
              </w:rPr>
              <w:t>KRS / CEIDG</w:t>
            </w:r>
          </w:p>
        </w:tc>
        <w:tc>
          <w:tcPr>
            <w:tcW w:w="5743" w:type="dxa"/>
          </w:tcPr>
          <w:p w14:paraId="6B0FAF86" w14:textId="77777777" w:rsidR="00A71111" w:rsidRPr="0049647C" w:rsidRDefault="00A71111">
            <w:pPr>
              <w:rPr>
                <w:sz w:val="24"/>
                <w:szCs w:val="24"/>
                <w:lang w:val="pl-PL"/>
              </w:rPr>
            </w:pPr>
          </w:p>
        </w:tc>
      </w:tr>
      <w:tr w:rsidR="00A71111" w:rsidRPr="0049647C" w14:paraId="0E250BA0" w14:textId="77777777" w:rsidTr="0049647C">
        <w:trPr>
          <w:trHeight w:val="454"/>
          <w:jc w:val="center"/>
        </w:trPr>
        <w:tc>
          <w:tcPr>
            <w:tcW w:w="4106" w:type="dxa"/>
          </w:tcPr>
          <w:p w14:paraId="0ED77284" w14:textId="77777777" w:rsidR="00A71111" w:rsidRPr="0049647C" w:rsidRDefault="00C20DCE">
            <w:pPr>
              <w:rPr>
                <w:b/>
                <w:sz w:val="24"/>
                <w:szCs w:val="24"/>
                <w:lang w:val="pl-PL"/>
              </w:rPr>
            </w:pPr>
            <w:r w:rsidRPr="0049647C">
              <w:rPr>
                <w:b/>
                <w:sz w:val="24"/>
                <w:szCs w:val="24"/>
                <w:lang w:val="pl-PL"/>
              </w:rPr>
              <w:t>Osoba do kontaktu</w:t>
            </w:r>
          </w:p>
        </w:tc>
        <w:tc>
          <w:tcPr>
            <w:tcW w:w="5743" w:type="dxa"/>
          </w:tcPr>
          <w:p w14:paraId="7A50F071" w14:textId="77777777" w:rsidR="00A71111" w:rsidRPr="0049647C" w:rsidRDefault="00A71111">
            <w:pPr>
              <w:rPr>
                <w:sz w:val="24"/>
                <w:szCs w:val="24"/>
                <w:lang w:val="pl-PL"/>
              </w:rPr>
            </w:pPr>
          </w:p>
        </w:tc>
      </w:tr>
      <w:tr w:rsidR="00A71111" w:rsidRPr="0049647C" w14:paraId="7A10F4A2" w14:textId="77777777" w:rsidTr="0049647C">
        <w:trPr>
          <w:trHeight w:val="454"/>
          <w:jc w:val="center"/>
        </w:trPr>
        <w:tc>
          <w:tcPr>
            <w:tcW w:w="4106" w:type="dxa"/>
          </w:tcPr>
          <w:p w14:paraId="3E3BB43E" w14:textId="77777777" w:rsidR="00A71111" w:rsidRPr="0049647C" w:rsidRDefault="00C20DCE">
            <w:pPr>
              <w:rPr>
                <w:b/>
                <w:sz w:val="24"/>
                <w:szCs w:val="24"/>
                <w:lang w:val="pl-PL"/>
              </w:rPr>
            </w:pPr>
            <w:r w:rsidRPr="0049647C">
              <w:rPr>
                <w:b/>
                <w:sz w:val="24"/>
                <w:szCs w:val="24"/>
                <w:lang w:val="pl-PL"/>
              </w:rPr>
              <w:t>Telefon / e-mail</w:t>
            </w:r>
          </w:p>
        </w:tc>
        <w:tc>
          <w:tcPr>
            <w:tcW w:w="5743" w:type="dxa"/>
          </w:tcPr>
          <w:p w14:paraId="137E946E" w14:textId="77777777" w:rsidR="00A71111" w:rsidRPr="0049647C" w:rsidRDefault="00A71111">
            <w:pPr>
              <w:rPr>
                <w:sz w:val="24"/>
                <w:szCs w:val="24"/>
                <w:lang w:val="pl-PL"/>
              </w:rPr>
            </w:pPr>
          </w:p>
        </w:tc>
      </w:tr>
    </w:tbl>
    <w:p w14:paraId="7785DF49" w14:textId="77777777" w:rsidR="00F6552B" w:rsidRPr="00706432" w:rsidRDefault="00F6552B" w:rsidP="00382619">
      <w:pPr>
        <w:spacing w:after="0"/>
        <w:rPr>
          <w:lang w:val="pl-PL"/>
        </w:rPr>
      </w:pPr>
    </w:p>
    <w:p w14:paraId="6A988C8F" w14:textId="619C2BEB" w:rsidR="0033148E" w:rsidRPr="0049647C" w:rsidRDefault="0033148E" w:rsidP="0033148E">
      <w:pPr>
        <w:rPr>
          <w:b/>
          <w:sz w:val="24"/>
          <w:lang w:val="pl-PL"/>
        </w:rPr>
      </w:pPr>
      <w:r w:rsidRPr="0049647C">
        <w:rPr>
          <w:rFonts w:asciiTheme="majorHAnsi" w:hAnsiTheme="majorHAnsi" w:cstheme="majorHAnsi"/>
          <w:sz w:val="24"/>
          <w:lang w:val="pl-PL"/>
        </w:rPr>
        <w:t>Odpowiadając na zapytanie ofertowe na świadczenie usługi polegającej na przygotowaniu i dostarczeniu dla uczniów gorącego posiłku w postaci dwudaniowego obiadu wraz z napojem dostarczonego do siedziby Szkoły Podstawowej nr 190 w Łodzi przy ul. Malczewskiego 37/47 oferuję:</w:t>
      </w:r>
    </w:p>
    <w:p w14:paraId="06BA46B2" w14:textId="77777777" w:rsidR="00A71111" w:rsidRPr="0049647C" w:rsidRDefault="00C20DCE" w:rsidP="00607A21">
      <w:pPr>
        <w:pStyle w:val="Akapitzlist"/>
        <w:numPr>
          <w:ilvl w:val="0"/>
          <w:numId w:val="12"/>
        </w:numPr>
        <w:ind w:left="426"/>
        <w:rPr>
          <w:b/>
          <w:sz w:val="24"/>
          <w:lang w:val="pl-PL"/>
        </w:rPr>
      </w:pPr>
      <w:r w:rsidRPr="0049647C">
        <w:rPr>
          <w:b/>
          <w:sz w:val="24"/>
          <w:lang w:val="pl-PL"/>
        </w:rPr>
        <w:t>Proponowane ceny podstawowe</w:t>
      </w:r>
      <w:r w:rsidR="00122883" w:rsidRPr="0049647C">
        <w:rPr>
          <w:b/>
          <w:sz w:val="24"/>
          <w:lang w:val="pl-PL"/>
        </w:rPr>
        <w:t>: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575"/>
        <w:gridCol w:w="2266"/>
        <w:gridCol w:w="1417"/>
        <w:gridCol w:w="5591"/>
      </w:tblGrid>
      <w:tr w:rsidR="00A71111" w:rsidRPr="0049647C" w14:paraId="21B093F9" w14:textId="77777777" w:rsidTr="00002043">
        <w:trPr>
          <w:tblHeader/>
          <w:jc w:val="center"/>
        </w:trPr>
        <w:tc>
          <w:tcPr>
            <w:tcW w:w="562" w:type="dxa"/>
            <w:shd w:val="clear" w:color="auto" w:fill="FFFFFF" w:themeFill="background1"/>
          </w:tcPr>
          <w:p w14:paraId="3336CC7E" w14:textId="77777777" w:rsidR="00A71111" w:rsidRPr="0049647C" w:rsidRDefault="00C20DCE" w:rsidP="00030A51">
            <w:pPr>
              <w:spacing w:line="276" w:lineRule="auto"/>
              <w:jc w:val="center"/>
              <w:rPr>
                <w:b/>
                <w:sz w:val="24"/>
                <w:lang w:val="pl-PL"/>
              </w:rPr>
            </w:pPr>
            <w:r w:rsidRPr="0049647C">
              <w:rPr>
                <w:b/>
                <w:sz w:val="24"/>
                <w:lang w:val="pl-PL"/>
              </w:rPr>
              <w:t>L</w:t>
            </w:r>
            <w:r w:rsidR="00FF5E69" w:rsidRPr="0049647C">
              <w:rPr>
                <w:b/>
                <w:sz w:val="24"/>
                <w:lang w:val="pl-PL"/>
              </w:rPr>
              <w:t>.</w:t>
            </w:r>
            <w:r w:rsidRPr="0049647C">
              <w:rPr>
                <w:b/>
                <w:sz w:val="24"/>
                <w:lang w:val="pl-PL"/>
              </w:rPr>
              <w:t>p.</w:t>
            </w:r>
          </w:p>
        </w:tc>
        <w:tc>
          <w:tcPr>
            <w:tcW w:w="2268" w:type="dxa"/>
            <w:shd w:val="clear" w:color="auto" w:fill="FFFFFF" w:themeFill="background1"/>
          </w:tcPr>
          <w:p w14:paraId="584FCF98" w14:textId="77777777" w:rsidR="00A71111" w:rsidRPr="0049647C" w:rsidRDefault="00C20DCE" w:rsidP="00030A51">
            <w:pPr>
              <w:spacing w:line="276" w:lineRule="auto"/>
              <w:jc w:val="center"/>
              <w:rPr>
                <w:b/>
                <w:sz w:val="24"/>
                <w:lang w:val="pl-PL"/>
              </w:rPr>
            </w:pPr>
            <w:r w:rsidRPr="0049647C">
              <w:rPr>
                <w:b/>
                <w:sz w:val="24"/>
                <w:lang w:val="pl-PL"/>
              </w:rPr>
              <w:t>Rodzaj posiłku/usługi</w:t>
            </w:r>
          </w:p>
        </w:tc>
        <w:tc>
          <w:tcPr>
            <w:tcW w:w="1418" w:type="dxa"/>
            <w:shd w:val="clear" w:color="auto" w:fill="FFFFFF" w:themeFill="background1"/>
          </w:tcPr>
          <w:p w14:paraId="08DBE18C" w14:textId="77777777" w:rsidR="00A71111" w:rsidRPr="0049647C" w:rsidRDefault="00C20DCE" w:rsidP="00030A51">
            <w:pPr>
              <w:spacing w:line="276" w:lineRule="auto"/>
              <w:jc w:val="center"/>
              <w:rPr>
                <w:b/>
                <w:sz w:val="24"/>
                <w:lang w:val="pl-PL"/>
              </w:rPr>
            </w:pPr>
            <w:r w:rsidRPr="0049647C">
              <w:rPr>
                <w:b/>
                <w:sz w:val="24"/>
                <w:lang w:val="pl-PL"/>
              </w:rPr>
              <w:t>Cena brutto</w:t>
            </w:r>
            <w:r w:rsidR="00F6552B" w:rsidRPr="0049647C">
              <w:rPr>
                <w:b/>
                <w:sz w:val="24"/>
                <w:lang w:val="pl-PL"/>
              </w:rPr>
              <w:t xml:space="preserve"> w złotych</w:t>
            </w:r>
          </w:p>
        </w:tc>
        <w:tc>
          <w:tcPr>
            <w:tcW w:w="5601" w:type="dxa"/>
            <w:shd w:val="clear" w:color="auto" w:fill="FFFFFF" w:themeFill="background1"/>
          </w:tcPr>
          <w:p w14:paraId="76687DD7" w14:textId="77777777" w:rsidR="00A71111" w:rsidRPr="0049647C" w:rsidRDefault="00C20DCE" w:rsidP="00030A51">
            <w:pPr>
              <w:spacing w:line="276" w:lineRule="auto"/>
              <w:jc w:val="center"/>
              <w:rPr>
                <w:b/>
                <w:sz w:val="24"/>
                <w:lang w:val="pl-PL"/>
              </w:rPr>
            </w:pPr>
            <w:r w:rsidRPr="0049647C">
              <w:rPr>
                <w:b/>
                <w:sz w:val="24"/>
                <w:lang w:val="pl-PL"/>
              </w:rPr>
              <w:t>Uwagi / skład / gramatura</w:t>
            </w:r>
          </w:p>
        </w:tc>
      </w:tr>
      <w:tr w:rsidR="00122883" w:rsidRPr="0049647C" w14:paraId="6898C63B" w14:textId="77777777" w:rsidTr="00002043">
        <w:trPr>
          <w:trHeight w:val="485"/>
          <w:jc w:val="center"/>
        </w:trPr>
        <w:tc>
          <w:tcPr>
            <w:tcW w:w="9849" w:type="dxa"/>
            <w:gridSpan w:val="4"/>
            <w:shd w:val="clear" w:color="auto" w:fill="FFFFFF" w:themeFill="background1"/>
          </w:tcPr>
          <w:p w14:paraId="0E297C78" w14:textId="77777777" w:rsidR="00122883" w:rsidRPr="0049647C" w:rsidRDefault="00122883" w:rsidP="004B43BE">
            <w:pPr>
              <w:spacing w:before="240" w:line="276" w:lineRule="auto"/>
              <w:rPr>
                <w:b/>
                <w:sz w:val="24"/>
                <w:lang w:val="pl-PL"/>
              </w:rPr>
            </w:pPr>
            <w:r w:rsidRPr="0049647C">
              <w:rPr>
                <w:b/>
                <w:sz w:val="24"/>
                <w:lang w:val="pl-PL"/>
              </w:rPr>
              <w:t xml:space="preserve">Obiad dla ucznia </w:t>
            </w:r>
          </w:p>
        </w:tc>
      </w:tr>
      <w:tr w:rsidR="00A71111" w:rsidRPr="0049647C" w14:paraId="37E34DBB" w14:textId="77777777" w:rsidTr="00FF5E69">
        <w:trPr>
          <w:trHeight w:val="340"/>
          <w:jc w:val="center"/>
        </w:trPr>
        <w:tc>
          <w:tcPr>
            <w:tcW w:w="562" w:type="dxa"/>
          </w:tcPr>
          <w:p w14:paraId="47F9BFF1" w14:textId="77777777" w:rsidR="00A71111" w:rsidRPr="0049647C" w:rsidRDefault="00A71111" w:rsidP="00030A51">
            <w:pPr>
              <w:pStyle w:val="Akapitzlist"/>
              <w:numPr>
                <w:ilvl w:val="0"/>
                <w:numId w:val="10"/>
              </w:numPr>
              <w:spacing w:before="240" w:line="360" w:lineRule="auto"/>
              <w:jc w:val="center"/>
              <w:rPr>
                <w:b/>
                <w:sz w:val="24"/>
                <w:lang w:val="pl-PL"/>
              </w:rPr>
            </w:pPr>
          </w:p>
        </w:tc>
        <w:tc>
          <w:tcPr>
            <w:tcW w:w="2268" w:type="dxa"/>
          </w:tcPr>
          <w:p w14:paraId="534559B7" w14:textId="40D64E30" w:rsidR="00A71111" w:rsidRPr="0049647C" w:rsidRDefault="00C20DCE" w:rsidP="00030A51">
            <w:pPr>
              <w:spacing w:before="240" w:line="360" w:lineRule="auto"/>
              <w:rPr>
                <w:sz w:val="24"/>
                <w:lang w:val="pl-PL"/>
              </w:rPr>
            </w:pPr>
            <w:r w:rsidRPr="0049647C">
              <w:rPr>
                <w:sz w:val="24"/>
                <w:lang w:val="pl-PL"/>
              </w:rPr>
              <w:t>Zupa</w:t>
            </w:r>
            <w:r w:rsidR="009A4085" w:rsidRPr="0049647C">
              <w:rPr>
                <w:sz w:val="24"/>
                <w:lang w:val="pl-PL"/>
              </w:rPr>
              <w:t xml:space="preserve"> </w:t>
            </w:r>
          </w:p>
        </w:tc>
        <w:tc>
          <w:tcPr>
            <w:tcW w:w="1418" w:type="dxa"/>
          </w:tcPr>
          <w:p w14:paraId="268FA12A" w14:textId="77777777" w:rsidR="00A71111" w:rsidRPr="0049647C" w:rsidRDefault="00A71111" w:rsidP="00030A51">
            <w:pPr>
              <w:spacing w:before="240" w:line="360" w:lineRule="auto"/>
              <w:rPr>
                <w:sz w:val="24"/>
                <w:lang w:val="pl-PL"/>
              </w:rPr>
            </w:pPr>
          </w:p>
        </w:tc>
        <w:tc>
          <w:tcPr>
            <w:tcW w:w="5601" w:type="dxa"/>
          </w:tcPr>
          <w:p w14:paraId="6F26A05F" w14:textId="77777777" w:rsidR="00A71111" w:rsidRPr="0049647C" w:rsidRDefault="00A71111" w:rsidP="00030A51">
            <w:pPr>
              <w:spacing w:before="240" w:line="360" w:lineRule="auto"/>
              <w:rPr>
                <w:sz w:val="24"/>
                <w:lang w:val="pl-PL"/>
              </w:rPr>
            </w:pPr>
          </w:p>
        </w:tc>
      </w:tr>
      <w:tr w:rsidR="00A71111" w:rsidRPr="0049647C" w14:paraId="6992B408" w14:textId="77777777" w:rsidTr="00FF5E69">
        <w:trPr>
          <w:trHeight w:val="340"/>
          <w:jc w:val="center"/>
        </w:trPr>
        <w:tc>
          <w:tcPr>
            <w:tcW w:w="562" w:type="dxa"/>
          </w:tcPr>
          <w:p w14:paraId="7B9EEA21" w14:textId="77777777" w:rsidR="00A71111" w:rsidRPr="0049647C" w:rsidRDefault="00A71111" w:rsidP="00030A51">
            <w:pPr>
              <w:pStyle w:val="Akapitzlist"/>
              <w:numPr>
                <w:ilvl w:val="0"/>
                <w:numId w:val="10"/>
              </w:numPr>
              <w:spacing w:before="240" w:line="360" w:lineRule="auto"/>
              <w:jc w:val="center"/>
              <w:rPr>
                <w:b/>
                <w:sz w:val="24"/>
                <w:lang w:val="pl-PL"/>
              </w:rPr>
            </w:pPr>
          </w:p>
        </w:tc>
        <w:tc>
          <w:tcPr>
            <w:tcW w:w="2268" w:type="dxa"/>
          </w:tcPr>
          <w:p w14:paraId="1A88E8F4" w14:textId="7C89D0A8" w:rsidR="00A71111" w:rsidRPr="0049647C" w:rsidRDefault="00122883" w:rsidP="009A4085">
            <w:pPr>
              <w:spacing w:before="240" w:line="360" w:lineRule="auto"/>
              <w:rPr>
                <w:sz w:val="24"/>
                <w:lang w:val="pl-PL"/>
              </w:rPr>
            </w:pPr>
            <w:r w:rsidRPr="0049647C">
              <w:rPr>
                <w:sz w:val="24"/>
                <w:lang w:val="pl-PL"/>
              </w:rPr>
              <w:t xml:space="preserve">Danie główne </w:t>
            </w:r>
          </w:p>
        </w:tc>
        <w:tc>
          <w:tcPr>
            <w:tcW w:w="1418" w:type="dxa"/>
          </w:tcPr>
          <w:p w14:paraId="115DA0F3" w14:textId="77777777" w:rsidR="00A71111" w:rsidRPr="0049647C" w:rsidRDefault="00A71111" w:rsidP="00030A51">
            <w:pPr>
              <w:spacing w:before="240" w:line="360" w:lineRule="auto"/>
              <w:rPr>
                <w:sz w:val="24"/>
                <w:lang w:val="pl-PL"/>
              </w:rPr>
            </w:pPr>
          </w:p>
        </w:tc>
        <w:tc>
          <w:tcPr>
            <w:tcW w:w="5601" w:type="dxa"/>
          </w:tcPr>
          <w:p w14:paraId="4FF4489E" w14:textId="77777777" w:rsidR="00A71111" w:rsidRPr="0049647C" w:rsidRDefault="00A71111" w:rsidP="00030A51">
            <w:pPr>
              <w:spacing w:before="240" w:line="360" w:lineRule="auto"/>
              <w:rPr>
                <w:sz w:val="24"/>
                <w:lang w:val="pl-PL"/>
              </w:rPr>
            </w:pPr>
          </w:p>
        </w:tc>
      </w:tr>
      <w:tr w:rsidR="00122883" w:rsidRPr="0049647C" w14:paraId="5A353232" w14:textId="77777777" w:rsidTr="00FF5E69">
        <w:trPr>
          <w:trHeight w:val="340"/>
          <w:jc w:val="center"/>
        </w:trPr>
        <w:tc>
          <w:tcPr>
            <w:tcW w:w="562" w:type="dxa"/>
          </w:tcPr>
          <w:p w14:paraId="1568BF17" w14:textId="77777777" w:rsidR="00122883" w:rsidRPr="0049647C" w:rsidRDefault="00122883" w:rsidP="00030A51">
            <w:pPr>
              <w:pStyle w:val="Akapitzlist"/>
              <w:numPr>
                <w:ilvl w:val="0"/>
                <w:numId w:val="10"/>
              </w:numPr>
              <w:spacing w:before="240" w:line="360" w:lineRule="auto"/>
              <w:jc w:val="center"/>
              <w:rPr>
                <w:b/>
                <w:sz w:val="24"/>
                <w:lang w:val="pl-PL"/>
              </w:rPr>
            </w:pPr>
          </w:p>
        </w:tc>
        <w:tc>
          <w:tcPr>
            <w:tcW w:w="2268" w:type="dxa"/>
          </w:tcPr>
          <w:p w14:paraId="6E779B7C" w14:textId="77777777" w:rsidR="00122883" w:rsidRPr="0049647C" w:rsidRDefault="00122883" w:rsidP="00030A51">
            <w:pPr>
              <w:spacing w:before="240" w:line="360" w:lineRule="auto"/>
              <w:rPr>
                <w:sz w:val="24"/>
                <w:lang w:val="pl-PL"/>
              </w:rPr>
            </w:pPr>
            <w:r w:rsidRPr="0049647C">
              <w:rPr>
                <w:sz w:val="24"/>
                <w:lang w:val="pl-PL"/>
              </w:rPr>
              <w:t>Napój</w:t>
            </w:r>
          </w:p>
        </w:tc>
        <w:tc>
          <w:tcPr>
            <w:tcW w:w="1418" w:type="dxa"/>
          </w:tcPr>
          <w:p w14:paraId="7D94E4D8" w14:textId="77777777" w:rsidR="00122883" w:rsidRPr="0049647C" w:rsidRDefault="00122883" w:rsidP="00030A51">
            <w:pPr>
              <w:spacing w:before="240" w:line="360" w:lineRule="auto"/>
              <w:rPr>
                <w:sz w:val="24"/>
                <w:lang w:val="pl-PL"/>
              </w:rPr>
            </w:pPr>
          </w:p>
        </w:tc>
        <w:tc>
          <w:tcPr>
            <w:tcW w:w="5601" w:type="dxa"/>
          </w:tcPr>
          <w:p w14:paraId="541C3BF6" w14:textId="77777777" w:rsidR="00122883" w:rsidRPr="0049647C" w:rsidRDefault="00122883" w:rsidP="00030A51">
            <w:pPr>
              <w:spacing w:before="240" w:line="360" w:lineRule="auto"/>
              <w:rPr>
                <w:sz w:val="24"/>
                <w:lang w:val="pl-PL"/>
              </w:rPr>
            </w:pPr>
          </w:p>
        </w:tc>
      </w:tr>
      <w:tr w:rsidR="00122883" w:rsidRPr="0049647C" w14:paraId="5D51DBFE" w14:textId="77777777" w:rsidTr="00002043">
        <w:trPr>
          <w:trHeight w:val="340"/>
          <w:jc w:val="center"/>
        </w:trPr>
        <w:tc>
          <w:tcPr>
            <w:tcW w:w="9849" w:type="dxa"/>
            <w:gridSpan w:val="4"/>
            <w:shd w:val="clear" w:color="auto" w:fill="FFFFFF" w:themeFill="background1"/>
          </w:tcPr>
          <w:p w14:paraId="45D37C3C" w14:textId="77777777" w:rsidR="00122883" w:rsidRPr="0049647C" w:rsidRDefault="00122883" w:rsidP="004B43BE">
            <w:pPr>
              <w:spacing w:before="240" w:line="276" w:lineRule="auto"/>
              <w:rPr>
                <w:b/>
                <w:sz w:val="24"/>
                <w:lang w:val="pl-PL"/>
              </w:rPr>
            </w:pPr>
            <w:r w:rsidRPr="0049647C">
              <w:rPr>
                <w:b/>
                <w:sz w:val="24"/>
                <w:lang w:val="pl-PL"/>
              </w:rPr>
              <w:t>Obiad dla pracownika/rodzica</w:t>
            </w:r>
          </w:p>
        </w:tc>
      </w:tr>
      <w:tr w:rsidR="00122883" w:rsidRPr="0049647C" w14:paraId="2862BE74" w14:textId="77777777" w:rsidTr="00FF5E69">
        <w:trPr>
          <w:trHeight w:val="340"/>
          <w:jc w:val="center"/>
        </w:trPr>
        <w:tc>
          <w:tcPr>
            <w:tcW w:w="562" w:type="dxa"/>
          </w:tcPr>
          <w:p w14:paraId="28718314" w14:textId="01B1322C" w:rsidR="00122883" w:rsidRPr="0049647C" w:rsidRDefault="00002043" w:rsidP="00002043">
            <w:pPr>
              <w:spacing w:before="240" w:line="360" w:lineRule="auto"/>
              <w:rPr>
                <w:b/>
                <w:sz w:val="24"/>
                <w:lang w:val="pl-PL"/>
              </w:rPr>
            </w:pPr>
            <w:r w:rsidRPr="0049647C">
              <w:rPr>
                <w:b/>
                <w:sz w:val="24"/>
                <w:lang w:val="pl-PL"/>
              </w:rPr>
              <w:t>1.</w:t>
            </w:r>
          </w:p>
        </w:tc>
        <w:tc>
          <w:tcPr>
            <w:tcW w:w="2268" w:type="dxa"/>
          </w:tcPr>
          <w:p w14:paraId="25BE6E02" w14:textId="77777777" w:rsidR="00122883" w:rsidRPr="0049647C" w:rsidRDefault="00122883" w:rsidP="00030A51">
            <w:pPr>
              <w:spacing w:before="240" w:line="360" w:lineRule="auto"/>
              <w:rPr>
                <w:sz w:val="24"/>
                <w:lang w:val="pl-PL"/>
              </w:rPr>
            </w:pPr>
            <w:r w:rsidRPr="0049647C">
              <w:rPr>
                <w:sz w:val="24"/>
                <w:lang w:val="pl-PL"/>
              </w:rPr>
              <w:t>Zupa mała</w:t>
            </w:r>
          </w:p>
        </w:tc>
        <w:tc>
          <w:tcPr>
            <w:tcW w:w="1418" w:type="dxa"/>
          </w:tcPr>
          <w:p w14:paraId="158F111B" w14:textId="77777777" w:rsidR="00122883" w:rsidRPr="0049647C" w:rsidRDefault="00122883" w:rsidP="00030A51">
            <w:pPr>
              <w:spacing w:before="240" w:line="360" w:lineRule="auto"/>
              <w:rPr>
                <w:sz w:val="24"/>
                <w:lang w:val="pl-PL"/>
              </w:rPr>
            </w:pPr>
          </w:p>
        </w:tc>
        <w:tc>
          <w:tcPr>
            <w:tcW w:w="5601" w:type="dxa"/>
          </w:tcPr>
          <w:p w14:paraId="2C8FEC23" w14:textId="77777777" w:rsidR="00122883" w:rsidRPr="0049647C" w:rsidRDefault="00122883" w:rsidP="00030A51">
            <w:pPr>
              <w:spacing w:before="240" w:line="360" w:lineRule="auto"/>
              <w:rPr>
                <w:sz w:val="24"/>
                <w:lang w:val="pl-PL"/>
              </w:rPr>
            </w:pPr>
          </w:p>
        </w:tc>
      </w:tr>
      <w:tr w:rsidR="00122883" w:rsidRPr="0049647C" w14:paraId="5D330C1D" w14:textId="77777777" w:rsidTr="00FF5E69">
        <w:trPr>
          <w:trHeight w:val="340"/>
          <w:jc w:val="center"/>
        </w:trPr>
        <w:tc>
          <w:tcPr>
            <w:tcW w:w="562" w:type="dxa"/>
          </w:tcPr>
          <w:p w14:paraId="31A25CF4" w14:textId="30CF5C3F" w:rsidR="00122883" w:rsidRPr="0049647C" w:rsidRDefault="00002043" w:rsidP="00002043">
            <w:pPr>
              <w:spacing w:before="240" w:line="360" w:lineRule="auto"/>
              <w:rPr>
                <w:b/>
                <w:sz w:val="24"/>
                <w:lang w:val="pl-PL"/>
              </w:rPr>
            </w:pPr>
            <w:r w:rsidRPr="0049647C">
              <w:rPr>
                <w:b/>
                <w:sz w:val="24"/>
                <w:lang w:val="pl-PL"/>
              </w:rPr>
              <w:t>2.</w:t>
            </w:r>
          </w:p>
        </w:tc>
        <w:tc>
          <w:tcPr>
            <w:tcW w:w="2268" w:type="dxa"/>
          </w:tcPr>
          <w:p w14:paraId="3CD4D97A" w14:textId="37283C0C" w:rsidR="00122883" w:rsidRPr="0049647C" w:rsidRDefault="00122883" w:rsidP="009A4085">
            <w:pPr>
              <w:spacing w:before="240" w:line="360" w:lineRule="auto"/>
              <w:rPr>
                <w:sz w:val="24"/>
                <w:lang w:val="pl-PL"/>
              </w:rPr>
            </w:pPr>
            <w:r w:rsidRPr="0049647C">
              <w:rPr>
                <w:sz w:val="24"/>
                <w:lang w:val="pl-PL"/>
              </w:rPr>
              <w:t xml:space="preserve">Danie główne </w:t>
            </w:r>
          </w:p>
        </w:tc>
        <w:tc>
          <w:tcPr>
            <w:tcW w:w="1418" w:type="dxa"/>
          </w:tcPr>
          <w:p w14:paraId="4CA7F92F" w14:textId="77777777" w:rsidR="00122883" w:rsidRPr="0049647C" w:rsidRDefault="00122883" w:rsidP="00030A51">
            <w:pPr>
              <w:spacing w:before="240" w:line="360" w:lineRule="auto"/>
              <w:rPr>
                <w:sz w:val="24"/>
                <w:lang w:val="pl-PL"/>
              </w:rPr>
            </w:pPr>
          </w:p>
        </w:tc>
        <w:tc>
          <w:tcPr>
            <w:tcW w:w="5601" w:type="dxa"/>
          </w:tcPr>
          <w:p w14:paraId="630F4E13" w14:textId="77777777" w:rsidR="00122883" w:rsidRPr="0049647C" w:rsidRDefault="00122883" w:rsidP="00030A51">
            <w:pPr>
              <w:spacing w:before="240" w:line="360" w:lineRule="auto"/>
              <w:rPr>
                <w:sz w:val="24"/>
                <w:lang w:val="pl-PL"/>
              </w:rPr>
            </w:pPr>
          </w:p>
        </w:tc>
      </w:tr>
      <w:tr w:rsidR="00122883" w:rsidRPr="0049647C" w14:paraId="092457B2" w14:textId="77777777" w:rsidTr="00FF5E69">
        <w:trPr>
          <w:trHeight w:val="340"/>
          <w:jc w:val="center"/>
        </w:trPr>
        <w:tc>
          <w:tcPr>
            <w:tcW w:w="562" w:type="dxa"/>
          </w:tcPr>
          <w:p w14:paraId="0A648CE1" w14:textId="2DD101C6" w:rsidR="00122883" w:rsidRPr="0049647C" w:rsidRDefault="00002043" w:rsidP="00002043">
            <w:pPr>
              <w:spacing w:before="240" w:line="360" w:lineRule="auto"/>
              <w:rPr>
                <w:b/>
                <w:sz w:val="24"/>
                <w:lang w:val="pl-PL"/>
              </w:rPr>
            </w:pPr>
            <w:r w:rsidRPr="0049647C">
              <w:rPr>
                <w:b/>
                <w:sz w:val="24"/>
                <w:lang w:val="pl-PL"/>
              </w:rPr>
              <w:t>3.</w:t>
            </w:r>
          </w:p>
        </w:tc>
        <w:tc>
          <w:tcPr>
            <w:tcW w:w="2268" w:type="dxa"/>
          </w:tcPr>
          <w:p w14:paraId="4E7D4D22" w14:textId="0DA59600" w:rsidR="00122883" w:rsidRPr="0049647C" w:rsidRDefault="009A4085" w:rsidP="00030A51">
            <w:pPr>
              <w:spacing w:before="240" w:line="360" w:lineRule="auto"/>
              <w:rPr>
                <w:sz w:val="24"/>
                <w:lang w:val="pl-PL"/>
              </w:rPr>
            </w:pPr>
            <w:r w:rsidRPr="0049647C">
              <w:rPr>
                <w:sz w:val="24"/>
                <w:lang w:val="pl-PL"/>
              </w:rPr>
              <w:t>Napój</w:t>
            </w:r>
          </w:p>
        </w:tc>
        <w:tc>
          <w:tcPr>
            <w:tcW w:w="1418" w:type="dxa"/>
          </w:tcPr>
          <w:p w14:paraId="3804F070" w14:textId="77777777" w:rsidR="00122883" w:rsidRPr="0049647C" w:rsidRDefault="00122883" w:rsidP="00030A51">
            <w:pPr>
              <w:spacing w:before="240" w:line="360" w:lineRule="auto"/>
              <w:rPr>
                <w:sz w:val="24"/>
                <w:lang w:val="pl-PL"/>
              </w:rPr>
            </w:pPr>
          </w:p>
        </w:tc>
        <w:tc>
          <w:tcPr>
            <w:tcW w:w="5601" w:type="dxa"/>
          </w:tcPr>
          <w:p w14:paraId="3088BF6C" w14:textId="77777777" w:rsidR="00122883" w:rsidRPr="0049647C" w:rsidRDefault="00122883" w:rsidP="00030A51">
            <w:pPr>
              <w:spacing w:before="240" w:line="360" w:lineRule="auto"/>
              <w:rPr>
                <w:sz w:val="24"/>
                <w:lang w:val="pl-PL"/>
              </w:rPr>
            </w:pPr>
          </w:p>
        </w:tc>
      </w:tr>
    </w:tbl>
    <w:p w14:paraId="0D28E73B" w14:textId="77777777" w:rsidR="009A4085" w:rsidRDefault="009A4085" w:rsidP="00122883">
      <w:pPr>
        <w:spacing w:before="240"/>
        <w:rPr>
          <w:b/>
          <w:lang w:val="pl-PL"/>
        </w:rPr>
      </w:pPr>
    </w:p>
    <w:p w14:paraId="74D8F6F4" w14:textId="5B78DD58" w:rsidR="00F87244" w:rsidRDefault="00F87244" w:rsidP="00122883">
      <w:pPr>
        <w:spacing w:before="240"/>
        <w:rPr>
          <w:b/>
          <w:lang w:val="pl-PL"/>
        </w:rPr>
      </w:pPr>
    </w:p>
    <w:p w14:paraId="2A73502D" w14:textId="33238603" w:rsidR="00A71111" w:rsidRPr="0049647C" w:rsidRDefault="00F87244" w:rsidP="00122883">
      <w:pPr>
        <w:spacing w:before="240"/>
        <w:rPr>
          <w:sz w:val="24"/>
          <w:szCs w:val="24"/>
          <w:lang w:val="pl-PL"/>
        </w:rPr>
      </w:pPr>
      <w:r w:rsidRPr="0049647C">
        <w:rPr>
          <w:b/>
          <w:sz w:val="24"/>
          <w:szCs w:val="24"/>
          <w:lang w:val="pl-PL"/>
        </w:rPr>
        <w:t>2</w:t>
      </w:r>
      <w:r w:rsidR="00C20DCE" w:rsidRPr="0049647C">
        <w:rPr>
          <w:b/>
          <w:sz w:val="24"/>
          <w:szCs w:val="24"/>
          <w:lang w:val="pl-PL"/>
        </w:rPr>
        <w:t>. Deklarowany standard organizacyjny</w:t>
      </w:r>
    </w:p>
    <w:p w14:paraId="24D7971B" w14:textId="077EE18B" w:rsidR="00A71111" w:rsidRPr="0049647C" w:rsidRDefault="00C20DCE" w:rsidP="00122883">
      <w:pPr>
        <w:pStyle w:val="Listapunktowana"/>
        <w:tabs>
          <w:tab w:val="clear" w:pos="360"/>
        </w:tabs>
        <w:spacing w:line="480" w:lineRule="auto"/>
        <w:ind w:left="567"/>
        <w:rPr>
          <w:sz w:val="24"/>
          <w:szCs w:val="24"/>
          <w:lang w:val="pl-PL"/>
        </w:rPr>
      </w:pPr>
      <w:r w:rsidRPr="0049647C">
        <w:rPr>
          <w:sz w:val="24"/>
          <w:szCs w:val="24"/>
          <w:lang w:val="pl-PL"/>
        </w:rPr>
        <w:t>planowany termin rozpoczęcia działalności: ……………………………………………</w:t>
      </w:r>
      <w:r w:rsidR="0049647C">
        <w:rPr>
          <w:sz w:val="24"/>
          <w:szCs w:val="24"/>
          <w:lang w:val="pl-PL"/>
        </w:rPr>
        <w:t>……………………</w:t>
      </w:r>
      <w:r w:rsidR="00122883" w:rsidRPr="0049647C">
        <w:rPr>
          <w:sz w:val="24"/>
          <w:szCs w:val="24"/>
          <w:lang w:val="pl-PL"/>
        </w:rPr>
        <w:t>………..</w:t>
      </w:r>
      <w:r w:rsidRPr="0049647C">
        <w:rPr>
          <w:sz w:val="24"/>
          <w:szCs w:val="24"/>
          <w:lang w:val="pl-PL"/>
        </w:rPr>
        <w:t>;</w:t>
      </w:r>
    </w:p>
    <w:p w14:paraId="7DCCA898" w14:textId="798B919C" w:rsidR="00A71111" w:rsidRPr="0049647C" w:rsidRDefault="00C20DCE" w:rsidP="00122883">
      <w:pPr>
        <w:pStyle w:val="Listapunktowana"/>
        <w:tabs>
          <w:tab w:val="clear" w:pos="360"/>
        </w:tabs>
        <w:spacing w:line="480" w:lineRule="auto"/>
        <w:ind w:left="567"/>
        <w:rPr>
          <w:sz w:val="24"/>
          <w:szCs w:val="24"/>
          <w:lang w:val="pl-PL"/>
        </w:rPr>
      </w:pPr>
      <w:r w:rsidRPr="0049647C">
        <w:rPr>
          <w:sz w:val="24"/>
          <w:szCs w:val="24"/>
          <w:lang w:val="pl-PL"/>
        </w:rPr>
        <w:t>liczba osób przewidzianych do obsługi stołówki i bufetu: …………………………</w:t>
      </w:r>
      <w:r w:rsidR="0049647C">
        <w:rPr>
          <w:sz w:val="24"/>
          <w:szCs w:val="24"/>
          <w:lang w:val="pl-PL"/>
        </w:rPr>
        <w:t>…</w:t>
      </w:r>
      <w:r w:rsidR="00122883" w:rsidRPr="0049647C">
        <w:rPr>
          <w:sz w:val="24"/>
          <w:szCs w:val="24"/>
          <w:lang w:val="pl-PL"/>
        </w:rPr>
        <w:t>……………………….</w:t>
      </w:r>
      <w:r w:rsidRPr="0049647C">
        <w:rPr>
          <w:sz w:val="24"/>
          <w:szCs w:val="24"/>
          <w:lang w:val="pl-PL"/>
        </w:rPr>
        <w:t>…;</w:t>
      </w:r>
    </w:p>
    <w:p w14:paraId="2F6CBB7E" w14:textId="17FA58D3" w:rsidR="00A71111" w:rsidRPr="0049647C" w:rsidRDefault="00C20DCE" w:rsidP="00122883">
      <w:pPr>
        <w:pStyle w:val="Listapunktowana"/>
        <w:tabs>
          <w:tab w:val="clear" w:pos="360"/>
        </w:tabs>
        <w:spacing w:line="480" w:lineRule="auto"/>
        <w:ind w:left="567"/>
        <w:rPr>
          <w:sz w:val="24"/>
          <w:szCs w:val="24"/>
          <w:lang w:val="pl-PL"/>
        </w:rPr>
      </w:pPr>
      <w:r w:rsidRPr="0049647C">
        <w:rPr>
          <w:sz w:val="24"/>
          <w:szCs w:val="24"/>
          <w:lang w:val="pl-PL"/>
        </w:rPr>
        <w:t>sposób przyjmowania zamówień / pł</w:t>
      </w:r>
      <w:r w:rsidR="0049647C">
        <w:rPr>
          <w:sz w:val="24"/>
          <w:szCs w:val="24"/>
          <w:lang w:val="pl-PL"/>
        </w:rPr>
        <w:t>atności / rozliczeń: ………………</w:t>
      </w:r>
      <w:r w:rsidR="00122883" w:rsidRPr="0049647C">
        <w:rPr>
          <w:sz w:val="24"/>
          <w:szCs w:val="24"/>
          <w:lang w:val="pl-PL"/>
        </w:rPr>
        <w:t>……………………………………..</w:t>
      </w:r>
      <w:r w:rsidRPr="0049647C">
        <w:rPr>
          <w:sz w:val="24"/>
          <w:szCs w:val="24"/>
          <w:lang w:val="pl-PL"/>
        </w:rPr>
        <w:t>…;</w:t>
      </w:r>
    </w:p>
    <w:p w14:paraId="79619661" w14:textId="21240CFB" w:rsidR="00A71111" w:rsidRPr="0049647C" w:rsidRDefault="00C20DCE" w:rsidP="00122883">
      <w:pPr>
        <w:pStyle w:val="Listapunktowana"/>
        <w:tabs>
          <w:tab w:val="clear" w:pos="360"/>
        </w:tabs>
        <w:spacing w:line="480" w:lineRule="auto"/>
        <w:ind w:left="567"/>
        <w:rPr>
          <w:sz w:val="24"/>
          <w:szCs w:val="24"/>
          <w:lang w:val="pl-PL"/>
        </w:rPr>
      </w:pPr>
      <w:r w:rsidRPr="0049647C">
        <w:rPr>
          <w:sz w:val="24"/>
          <w:szCs w:val="24"/>
          <w:lang w:val="pl-PL"/>
        </w:rPr>
        <w:t xml:space="preserve">sposób uwzględniania diet, alergii i </w:t>
      </w:r>
      <w:r w:rsidR="0049647C">
        <w:rPr>
          <w:sz w:val="24"/>
          <w:szCs w:val="24"/>
          <w:lang w:val="pl-PL"/>
        </w:rPr>
        <w:t>ograniczeń żywieniowych: ……</w:t>
      </w:r>
      <w:r w:rsidR="00122883" w:rsidRPr="0049647C">
        <w:rPr>
          <w:sz w:val="24"/>
          <w:szCs w:val="24"/>
          <w:lang w:val="pl-PL"/>
        </w:rPr>
        <w:t>……………………………………</w:t>
      </w:r>
      <w:r w:rsidRPr="0049647C">
        <w:rPr>
          <w:sz w:val="24"/>
          <w:szCs w:val="24"/>
          <w:lang w:val="pl-PL"/>
        </w:rPr>
        <w:t>……;</w:t>
      </w:r>
    </w:p>
    <w:p w14:paraId="3A8E4B12" w14:textId="57C88783" w:rsidR="000C5C87" w:rsidRPr="0049647C" w:rsidRDefault="00C20DCE" w:rsidP="0033148E">
      <w:pPr>
        <w:pStyle w:val="Listapunktowana"/>
        <w:tabs>
          <w:tab w:val="clear" w:pos="360"/>
        </w:tabs>
        <w:ind w:left="567"/>
        <w:rPr>
          <w:sz w:val="24"/>
          <w:szCs w:val="24"/>
          <w:lang w:val="pl-PL"/>
        </w:rPr>
      </w:pPr>
      <w:r w:rsidRPr="0049647C">
        <w:rPr>
          <w:sz w:val="24"/>
          <w:szCs w:val="24"/>
          <w:lang w:val="pl-PL"/>
        </w:rPr>
        <w:t>proponowane działania ogranic</w:t>
      </w:r>
      <w:r w:rsidR="0049647C">
        <w:rPr>
          <w:sz w:val="24"/>
          <w:szCs w:val="24"/>
          <w:lang w:val="pl-PL"/>
        </w:rPr>
        <w:t>zające marnowanie żywności …</w:t>
      </w:r>
      <w:r w:rsidRPr="0049647C">
        <w:rPr>
          <w:sz w:val="24"/>
          <w:szCs w:val="24"/>
          <w:lang w:val="pl-PL"/>
        </w:rPr>
        <w:t>…</w:t>
      </w:r>
      <w:r w:rsidR="00122883" w:rsidRPr="0049647C">
        <w:rPr>
          <w:sz w:val="24"/>
          <w:szCs w:val="24"/>
          <w:lang w:val="pl-PL"/>
        </w:rPr>
        <w:t>…………………………………</w:t>
      </w:r>
      <w:r w:rsidRPr="0049647C">
        <w:rPr>
          <w:sz w:val="24"/>
          <w:szCs w:val="24"/>
          <w:lang w:val="pl-PL"/>
        </w:rPr>
        <w:t>……… .</w:t>
      </w:r>
    </w:p>
    <w:p w14:paraId="4C58BCAA" w14:textId="5FCC5E68" w:rsidR="00A71111" w:rsidRPr="0049647C" w:rsidRDefault="00F87244">
      <w:pPr>
        <w:rPr>
          <w:sz w:val="24"/>
          <w:szCs w:val="24"/>
          <w:lang w:val="pl-PL"/>
        </w:rPr>
      </w:pPr>
      <w:r w:rsidRPr="0049647C">
        <w:rPr>
          <w:b/>
          <w:sz w:val="24"/>
          <w:szCs w:val="24"/>
          <w:lang w:val="pl-PL"/>
        </w:rPr>
        <w:t>3</w:t>
      </w:r>
      <w:r w:rsidR="00C20DCE" w:rsidRPr="0049647C">
        <w:rPr>
          <w:b/>
          <w:sz w:val="24"/>
          <w:szCs w:val="24"/>
          <w:lang w:val="pl-PL"/>
        </w:rPr>
        <w:t xml:space="preserve">. Doświadczenie </w:t>
      </w:r>
      <w:r w:rsidR="000C5C87" w:rsidRPr="0049647C">
        <w:rPr>
          <w:b/>
          <w:sz w:val="24"/>
          <w:szCs w:val="24"/>
          <w:lang w:val="pl-PL"/>
        </w:rPr>
        <w:t xml:space="preserve">i wiarygodność </w:t>
      </w:r>
      <w:r w:rsidR="00C20DCE" w:rsidRPr="0049647C">
        <w:rPr>
          <w:b/>
          <w:sz w:val="24"/>
          <w:szCs w:val="24"/>
          <w:lang w:val="pl-PL"/>
        </w:rPr>
        <w:t>oferenta</w:t>
      </w:r>
    </w:p>
    <w:p w14:paraId="034AA1EC" w14:textId="50936430" w:rsidR="00A71111" w:rsidRPr="0049647C" w:rsidRDefault="00C20DCE">
      <w:pPr>
        <w:rPr>
          <w:sz w:val="24"/>
          <w:szCs w:val="24"/>
          <w:lang w:val="pl-PL"/>
        </w:rPr>
      </w:pPr>
      <w:r w:rsidRPr="0049647C">
        <w:rPr>
          <w:sz w:val="24"/>
          <w:szCs w:val="24"/>
          <w:lang w:val="pl-PL"/>
        </w:rPr>
        <w:t xml:space="preserve">Opis doświadczenia </w:t>
      </w:r>
      <w:r w:rsidR="000C5C87" w:rsidRPr="0049647C">
        <w:rPr>
          <w:sz w:val="24"/>
          <w:szCs w:val="24"/>
          <w:lang w:val="pl-PL"/>
        </w:rPr>
        <w:t xml:space="preserve">i </w:t>
      </w:r>
      <w:r w:rsidRPr="0049647C">
        <w:rPr>
          <w:sz w:val="24"/>
          <w:szCs w:val="24"/>
          <w:lang w:val="pl-PL"/>
        </w:rPr>
        <w:t>w prowadzeniu działalności gastronomicznej, żywienia zbiorowego lub cateringu:</w:t>
      </w:r>
    </w:p>
    <w:p w14:paraId="6DEDA39D" w14:textId="6DCD343A" w:rsidR="009907EB" w:rsidRPr="0049647C" w:rsidRDefault="009907EB" w:rsidP="009907EB">
      <w:pPr>
        <w:rPr>
          <w:sz w:val="24"/>
          <w:szCs w:val="24"/>
          <w:lang w:val="pl-PL"/>
        </w:rPr>
      </w:pPr>
      <w:r w:rsidRPr="0049647C">
        <w:rPr>
          <w:sz w:val="24"/>
          <w:szCs w:val="24"/>
          <w:lang w:val="pl-PL"/>
        </w:rPr>
        <w:t>……………………………………………………………………………………………………………………………………………………………</w:t>
      </w:r>
    </w:p>
    <w:p w14:paraId="50AAAEE0" w14:textId="68734FCD" w:rsidR="009907EB" w:rsidRPr="0049647C" w:rsidRDefault="009907EB" w:rsidP="009907EB">
      <w:pPr>
        <w:rPr>
          <w:sz w:val="24"/>
          <w:szCs w:val="24"/>
          <w:lang w:val="pl-PL"/>
        </w:rPr>
      </w:pPr>
      <w:r w:rsidRPr="0049647C">
        <w:rPr>
          <w:sz w:val="24"/>
          <w:szCs w:val="24"/>
          <w:lang w:val="pl-PL"/>
        </w:rPr>
        <w:t>……………………………………………………………………………………………………………………………………………………………</w:t>
      </w:r>
    </w:p>
    <w:p w14:paraId="3F03B67E" w14:textId="57C0866E" w:rsidR="009907EB" w:rsidRPr="0049647C" w:rsidRDefault="009907EB" w:rsidP="009907EB">
      <w:pPr>
        <w:rPr>
          <w:sz w:val="24"/>
          <w:szCs w:val="24"/>
          <w:lang w:val="pl-PL"/>
        </w:rPr>
      </w:pPr>
      <w:r w:rsidRPr="0049647C">
        <w:rPr>
          <w:sz w:val="24"/>
          <w:szCs w:val="24"/>
          <w:lang w:val="pl-PL"/>
        </w:rPr>
        <w:t>……………………………………………………………………………………………………………………………………………………………</w:t>
      </w:r>
    </w:p>
    <w:p w14:paraId="10D012B8" w14:textId="053058EA" w:rsidR="000C5C87" w:rsidRPr="0049647C" w:rsidRDefault="009907EB" w:rsidP="0049647C">
      <w:pPr>
        <w:spacing w:after="0" w:line="360" w:lineRule="auto"/>
        <w:rPr>
          <w:b/>
          <w:sz w:val="24"/>
          <w:szCs w:val="24"/>
          <w:lang w:val="pl-PL"/>
        </w:rPr>
      </w:pPr>
      <w:r w:rsidRPr="0049647C">
        <w:rPr>
          <w:sz w:val="24"/>
          <w:szCs w:val="24"/>
          <w:lang w:val="pl-PL"/>
        </w:rPr>
        <w:t>……………………………………………………………………………………………………………………………………………………………</w:t>
      </w:r>
      <w:r w:rsidR="0049647C">
        <w:rPr>
          <w:sz w:val="24"/>
          <w:szCs w:val="24"/>
          <w:lang w:val="pl-PL"/>
        </w:rPr>
        <w:t xml:space="preserve">4. </w:t>
      </w:r>
      <w:r w:rsidR="000C5C87" w:rsidRPr="0049647C">
        <w:rPr>
          <w:b/>
          <w:sz w:val="24"/>
          <w:szCs w:val="24"/>
          <w:lang w:val="pl-PL"/>
        </w:rPr>
        <w:t>Proponowane rozwiązania dla szkół i uczniów</w:t>
      </w:r>
    </w:p>
    <w:p w14:paraId="06592FF8" w14:textId="77777777" w:rsidR="0049647C" w:rsidRPr="0049647C" w:rsidRDefault="0049647C" w:rsidP="0049647C">
      <w:pPr>
        <w:rPr>
          <w:sz w:val="24"/>
          <w:szCs w:val="24"/>
          <w:lang w:val="pl-PL"/>
        </w:rPr>
      </w:pPr>
      <w:r w:rsidRPr="0049647C">
        <w:rPr>
          <w:sz w:val="24"/>
          <w:szCs w:val="24"/>
          <w:lang w:val="pl-PL"/>
        </w:rPr>
        <w:t>……………………………………………………………………………………………………………………………………………………………</w:t>
      </w:r>
    </w:p>
    <w:p w14:paraId="2691E87B" w14:textId="77777777" w:rsidR="0049647C" w:rsidRPr="0049647C" w:rsidRDefault="0049647C" w:rsidP="0049647C">
      <w:pPr>
        <w:rPr>
          <w:sz w:val="24"/>
          <w:szCs w:val="24"/>
          <w:lang w:val="pl-PL"/>
        </w:rPr>
      </w:pPr>
      <w:r w:rsidRPr="0049647C">
        <w:rPr>
          <w:sz w:val="24"/>
          <w:szCs w:val="24"/>
          <w:lang w:val="pl-PL"/>
        </w:rPr>
        <w:t>……………………………………………………………………………………………………………………………………………………………</w:t>
      </w:r>
    </w:p>
    <w:p w14:paraId="469070AE" w14:textId="77777777" w:rsidR="0049647C" w:rsidRPr="0049647C" w:rsidRDefault="0049647C" w:rsidP="0049647C">
      <w:pPr>
        <w:rPr>
          <w:sz w:val="24"/>
          <w:szCs w:val="24"/>
          <w:lang w:val="pl-PL"/>
        </w:rPr>
      </w:pPr>
      <w:r w:rsidRPr="0049647C">
        <w:rPr>
          <w:sz w:val="24"/>
          <w:szCs w:val="24"/>
          <w:lang w:val="pl-PL"/>
        </w:rPr>
        <w:t>……………………………………………………………………………………………………………………………………………………………</w:t>
      </w:r>
    </w:p>
    <w:p w14:paraId="2E3F8D51" w14:textId="77777777" w:rsidR="0049647C" w:rsidRPr="0049647C" w:rsidRDefault="0049647C" w:rsidP="0049647C">
      <w:pPr>
        <w:rPr>
          <w:sz w:val="24"/>
          <w:szCs w:val="24"/>
          <w:lang w:val="pl-PL"/>
        </w:rPr>
      </w:pPr>
      <w:r w:rsidRPr="0049647C">
        <w:rPr>
          <w:sz w:val="24"/>
          <w:szCs w:val="24"/>
          <w:lang w:val="pl-PL"/>
        </w:rPr>
        <w:t>……………………………………………………………………………………………………………………………………………………………</w:t>
      </w:r>
    </w:p>
    <w:p w14:paraId="2751CF9E" w14:textId="41CF8D74" w:rsidR="00F87244" w:rsidRPr="0049647C" w:rsidRDefault="00F87244" w:rsidP="00F87244">
      <w:pPr>
        <w:spacing w:after="0" w:line="240" w:lineRule="auto"/>
        <w:jc w:val="both"/>
        <w:rPr>
          <w:rFonts w:asciiTheme="majorHAnsi" w:hAnsiTheme="majorHAnsi" w:cstheme="majorHAnsi"/>
          <w:sz w:val="24"/>
          <w:szCs w:val="24"/>
          <w:lang w:val="pl-PL"/>
        </w:rPr>
      </w:pPr>
    </w:p>
    <w:p w14:paraId="67F0404B" w14:textId="5E8C9EFD" w:rsidR="009A4085" w:rsidRPr="0049647C" w:rsidRDefault="009A4085" w:rsidP="00C8250C">
      <w:pPr>
        <w:spacing w:after="0" w:line="259" w:lineRule="auto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49647C">
        <w:rPr>
          <w:rFonts w:asciiTheme="majorHAnsi" w:hAnsiTheme="majorHAnsi" w:cstheme="majorHAnsi"/>
          <w:sz w:val="24"/>
          <w:szCs w:val="24"/>
          <w:lang w:val="pl-PL"/>
        </w:rPr>
        <w:t>Do oferty załączam następujące dokumenty:</w:t>
      </w:r>
    </w:p>
    <w:p w14:paraId="74EB8425" w14:textId="77777777" w:rsidR="00037261" w:rsidRPr="0049647C" w:rsidRDefault="00037261" w:rsidP="00C8250C">
      <w:pPr>
        <w:numPr>
          <w:ilvl w:val="0"/>
          <w:numId w:val="13"/>
        </w:numPr>
        <w:autoSpaceDE w:val="0"/>
        <w:autoSpaceDN w:val="0"/>
        <w:adjustRightInd w:val="0"/>
        <w:spacing w:after="0" w:line="259" w:lineRule="auto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49647C">
        <w:rPr>
          <w:rFonts w:asciiTheme="majorHAnsi" w:hAnsiTheme="majorHAnsi" w:cstheme="majorHAnsi"/>
          <w:sz w:val="24"/>
          <w:szCs w:val="24"/>
          <w:lang w:val="pl-PL"/>
        </w:rPr>
        <w:t>Wypełniony w języku polskim pismem czytelnym formularz ofertowy na załączonym druku – zał.1 do zapytania ofertowego, ceny podane do dwóch miejsc po przecinku.</w:t>
      </w:r>
    </w:p>
    <w:p w14:paraId="0A39687F" w14:textId="77777777" w:rsidR="00037261" w:rsidRPr="0049647C" w:rsidRDefault="00037261" w:rsidP="00C8250C">
      <w:pPr>
        <w:numPr>
          <w:ilvl w:val="0"/>
          <w:numId w:val="13"/>
        </w:numPr>
        <w:autoSpaceDE w:val="0"/>
        <w:autoSpaceDN w:val="0"/>
        <w:adjustRightInd w:val="0"/>
        <w:spacing w:after="0" w:line="259" w:lineRule="auto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49647C">
        <w:rPr>
          <w:rFonts w:asciiTheme="majorHAnsi" w:hAnsiTheme="majorHAnsi" w:cstheme="majorHAnsi"/>
          <w:sz w:val="24"/>
          <w:szCs w:val="24"/>
          <w:lang w:val="pl-PL"/>
        </w:rPr>
        <w:t>Aktualne zaświadczenie o wpisie do ewidencji działalności gospodarczej lub wyciąg z KRS.</w:t>
      </w:r>
    </w:p>
    <w:p w14:paraId="576A76B9" w14:textId="77777777" w:rsidR="00037261" w:rsidRPr="0049647C" w:rsidRDefault="00037261" w:rsidP="00C8250C">
      <w:pPr>
        <w:numPr>
          <w:ilvl w:val="0"/>
          <w:numId w:val="13"/>
        </w:numPr>
        <w:autoSpaceDE w:val="0"/>
        <w:autoSpaceDN w:val="0"/>
        <w:adjustRightInd w:val="0"/>
        <w:spacing w:after="0" w:line="259" w:lineRule="auto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49647C">
        <w:rPr>
          <w:rFonts w:asciiTheme="majorHAnsi" w:hAnsiTheme="majorHAnsi" w:cstheme="majorHAnsi"/>
          <w:sz w:val="24"/>
          <w:szCs w:val="24"/>
          <w:lang w:val="pl-PL"/>
        </w:rPr>
        <w:t>Zaświadczenie o wpisie do rejestru zakładów podlegających urzędowej kontroli i organów Państwowej Inspekcji Sanitarnej w zakresie objętym ofertą.</w:t>
      </w:r>
    </w:p>
    <w:p w14:paraId="2A5985F4" w14:textId="77777777" w:rsidR="00037261" w:rsidRPr="0049647C" w:rsidRDefault="00037261" w:rsidP="00C8250C">
      <w:pPr>
        <w:numPr>
          <w:ilvl w:val="0"/>
          <w:numId w:val="13"/>
        </w:numPr>
        <w:autoSpaceDE w:val="0"/>
        <w:autoSpaceDN w:val="0"/>
        <w:adjustRightInd w:val="0"/>
        <w:spacing w:after="0" w:line="259" w:lineRule="auto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49647C">
        <w:rPr>
          <w:rFonts w:asciiTheme="majorHAnsi" w:hAnsiTheme="majorHAnsi" w:cstheme="majorHAnsi"/>
          <w:sz w:val="24"/>
          <w:szCs w:val="24"/>
          <w:lang w:val="pl-PL"/>
        </w:rPr>
        <w:t xml:space="preserve"> Referencje potwierdzające wiedzę i doświadczenie. </w:t>
      </w:r>
    </w:p>
    <w:p w14:paraId="4774A6F3" w14:textId="77777777" w:rsidR="00037261" w:rsidRPr="0049647C" w:rsidRDefault="00037261" w:rsidP="00C8250C">
      <w:pPr>
        <w:numPr>
          <w:ilvl w:val="0"/>
          <w:numId w:val="13"/>
        </w:numPr>
        <w:autoSpaceDE w:val="0"/>
        <w:autoSpaceDN w:val="0"/>
        <w:adjustRightInd w:val="0"/>
        <w:spacing w:after="0" w:line="259" w:lineRule="auto"/>
        <w:jc w:val="both"/>
        <w:rPr>
          <w:rFonts w:asciiTheme="majorHAnsi" w:hAnsiTheme="majorHAnsi" w:cstheme="majorHAnsi"/>
          <w:sz w:val="24"/>
          <w:szCs w:val="24"/>
        </w:rPr>
      </w:pPr>
      <w:proofErr w:type="spellStart"/>
      <w:r w:rsidRPr="0049647C">
        <w:rPr>
          <w:rFonts w:asciiTheme="majorHAnsi" w:hAnsiTheme="majorHAnsi" w:cstheme="majorHAnsi"/>
          <w:sz w:val="24"/>
          <w:szCs w:val="24"/>
        </w:rPr>
        <w:t>Podpisana</w:t>
      </w:r>
      <w:proofErr w:type="spellEnd"/>
      <w:r w:rsidRPr="0049647C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49647C">
        <w:rPr>
          <w:rFonts w:asciiTheme="majorHAnsi" w:hAnsiTheme="majorHAnsi" w:cstheme="majorHAnsi"/>
          <w:sz w:val="24"/>
          <w:szCs w:val="24"/>
        </w:rPr>
        <w:t>klauzula</w:t>
      </w:r>
      <w:proofErr w:type="spellEnd"/>
      <w:r w:rsidRPr="0049647C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49647C">
        <w:rPr>
          <w:rFonts w:asciiTheme="majorHAnsi" w:hAnsiTheme="majorHAnsi" w:cstheme="majorHAnsi"/>
          <w:sz w:val="24"/>
          <w:szCs w:val="24"/>
        </w:rPr>
        <w:t>informacyjna</w:t>
      </w:r>
      <w:proofErr w:type="spellEnd"/>
      <w:r w:rsidRPr="0049647C">
        <w:rPr>
          <w:rFonts w:asciiTheme="majorHAnsi" w:hAnsiTheme="majorHAnsi" w:cstheme="majorHAnsi"/>
          <w:sz w:val="24"/>
          <w:szCs w:val="24"/>
        </w:rPr>
        <w:t>.</w:t>
      </w:r>
    </w:p>
    <w:p w14:paraId="613592CA" w14:textId="09AB3F28" w:rsidR="00037261" w:rsidRPr="0049647C" w:rsidRDefault="00037261" w:rsidP="00C8250C">
      <w:pPr>
        <w:numPr>
          <w:ilvl w:val="0"/>
          <w:numId w:val="13"/>
        </w:numPr>
        <w:spacing w:after="0" w:line="259" w:lineRule="auto"/>
        <w:ind w:left="714" w:hanging="357"/>
        <w:contextualSpacing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49647C">
        <w:rPr>
          <w:rFonts w:asciiTheme="majorHAnsi" w:hAnsiTheme="majorHAnsi" w:cstheme="majorHAnsi"/>
          <w:sz w:val="24"/>
          <w:szCs w:val="24"/>
          <w:lang w:val="pl-PL"/>
        </w:rPr>
        <w:t xml:space="preserve">oświadczenie </w:t>
      </w:r>
      <w:r w:rsidRPr="0049647C">
        <w:rPr>
          <w:rFonts w:asciiTheme="majorHAnsi" w:hAnsiTheme="majorHAnsi" w:cstheme="majorHAnsi"/>
          <w:bCs/>
          <w:sz w:val="24"/>
          <w:szCs w:val="24"/>
          <w:lang w:val="pl-PL"/>
        </w:rPr>
        <w:t xml:space="preserve">składane w związku z art. 7 ust. 1 ustawy z dnia 13 kwietnia 2022 r. o </w:t>
      </w:r>
      <w:r w:rsidRPr="0049647C">
        <w:rPr>
          <w:rFonts w:asciiTheme="majorHAnsi" w:hAnsiTheme="majorHAnsi" w:cstheme="majorHAnsi"/>
          <w:sz w:val="24"/>
          <w:szCs w:val="24"/>
          <w:lang w:val="pl-PL"/>
        </w:rPr>
        <w:t>szczególnych rozwiązaniach w zakresie przeciwdziałania wspieraniu agresji na Ukrainę oraz służących ochronie bezpieczeństwa narodowego</w:t>
      </w:r>
    </w:p>
    <w:p w14:paraId="1DAA5871" w14:textId="77777777" w:rsidR="00C8250C" w:rsidRDefault="00C8250C" w:rsidP="00C8250C">
      <w:pPr>
        <w:spacing w:after="0" w:line="259" w:lineRule="auto"/>
        <w:ind w:left="714"/>
        <w:contextualSpacing/>
        <w:jc w:val="both"/>
        <w:rPr>
          <w:rFonts w:asciiTheme="majorHAnsi" w:hAnsiTheme="majorHAnsi" w:cstheme="majorHAnsi"/>
          <w:sz w:val="24"/>
          <w:szCs w:val="24"/>
          <w:lang w:val="pl-PL"/>
        </w:rPr>
      </w:pPr>
    </w:p>
    <w:p w14:paraId="52C321BE" w14:textId="77777777" w:rsidR="00C8250C" w:rsidRDefault="00C8250C" w:rsidP="00C8250C">
      <w:pPr>
        <w:spacing w:after="0" w:line="259" w:lineRule="auto"/>
        <w:ind w:left="714"/>
        <w:contextualSpacing/>
        <w:jc w:val="both"/>
        <w:rPr>
          <w:rFonts w:asciiTheme="majorHAnsi" w:hAnsiTheme="majorHAnsi" w:cstheme="majorHAnsi"/>
          <w:sz w:val="24"/>
          <w:szCs w:val="24"/>
          <w:lang w:val="pl-PL"/>
        </w:rPr>
      </w:pPr>
    </w:p>
    <w:p w14:paraId="729D7B35" w14:textId="77777777" w:rsidR="00C8250C" w:rsidRDefault="00C8250C" w:rsidP="00C8250C">
      <w:pPr>
        <w:spacing w:after="0" w:line="259" w:lineRule="auto"/>
        <w:ind w:left="714"/>
        <w:contextualSpacing/>
        <w:jc w:val="both"/>
        <w:rPr>
          <w:rFonts w:asciiTheme="majorHAnsi" w:hAnsiTheme="majorHAnsi" w:cstheme="majorHAnsi"/>
          <w:sz w:val="24"/>
          <w:szCs w:val="24"/>
          <w:lang w:val="pl-PL"/>
        </w:rPr>
      </w:pPr>
    </w:p>
    <w:p w14:paraId="11499BAA" w14:textId="77777777" w:rsidR="00C8250C" w:rsidRDefault="00C8250C" w:rsidP="00C8250C">
      <w:pPr>
        <w:spacing w:after="0" w:line="259" w:lineRule="auto"/>
        <w:ind w:left="714"/>
        <w:contextualSpacing/>
        <w:jc w:val="both"/>
        <w:rPr>
          <w:rFonts w:asciiTheme="majorHAnsi" w:hAnsiTheme="majorHAnsi" w:cstheme="majorHAnsi"/>
          <w:sz w:val="24"/>
          <w:szCs w:val="24"/>
          <w:lang w:val="pl-PL"/>
        </w:rPr>
      </w:pPr>
    </w:p>
    <w:p w14:paraId="5F4D3968" w14:textId="48DE3FFD" w:rsidR="00037261" w:rsidRPr="0049647C" w:rsidRDefault="00037261" w:rsidP="00C8250C">
      <w:pPr>
        <w:numPr>
          <w:ilvl w:val="0"/>
          <w:numId w:val="13"/>
        </w:numPr>
        <w:spacing w:after="0" w:line="259" w:lineRule="auto"/>
        <w:ind w:left="714" w:hanging="357"/>
        <w:contextualSpacing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49647C">
        <w:rPr>
          <w:rFonts w:asciiTheme="majorHAnsi" w:hAnsiTheme="majorHAnsi" w:cstheme="majorHAnsi"/>
          <w:sz w:val="24"/>
          <w:szCs w:val="24"/>
          <w:lang w:val="pl-PL"/>
        </w:rPr>
        <w:t>Oświadczenie o spełnianiu warunków udziału w postępowaniu oraz oświadczenie wykonawców o braku powiązań kapitałowych lub osobowych.</w:t>
      </w:r>
    </w:p>
    <w:p w14:paraId="30A02572" w14:textId="77777777" w:rsidR="00037261" w:rsidRPr="0049647C" w:rsidRDefault="00037261" w:rsidP="00C8250C">
      <w:pPr>
        <w:numPr>
          <w:ilvl w:val="0"/>
          <w:numId w:val="13"/>
        </w:numPr>
        <w:spacing w:after="0" w:line="259" w:lineRule="auto"/>
        <w:ind w:left="714" w:hanging="357"/>
        <w:contextualSpacing/>
        <w:jc w:val="both"/>
        <w:rPr>
          <w:rFonts w:asciiTheme="majorHAnsi" w:hAnsiTheme="majorHAnsi" w:cstheme="majorHAnsi"/>
          <w:sz w:val="24"/>
          <w:szCs w:val="24"/>
        </w:rPr>
      </w:pPr>
      <w:proofErr w:type="spellStart"/>
      <w:r w:rsidRPr="0049647C">
        <w:rPr>
          <w:rFonts w:asciiTheme="majorHAnsi" w:hAnsiTheme="majorHAnsi" w:cstheme="majorHAnsi"/>
          <w:sz w:val="24"/>
          <w:szCs w:val="24"/>
        </w:rPr>
        <w:t>Przykładowy</w:t>
      </w:r>
      <w:proofErr w:type="spellEnd"/>
      <w:r w:rsidRPr="0049647C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49647C">
        <w:rPr>
          <w:rFonts w:asciiTheme="majorHAnsi" w:hAnsiTheme="majorHAnsi" w:cstheme="majorHAnsi"/>
          <w:sz w:val="24"/>
          <w:szCs w:val="24"/>
        </w:rPr>
        <w:t>jadłospis</w:t>
      </w:r>
      <w:proofErr w:type="spellEnd"/>
      <w:r w:rsidRPr="0049647C">
        <w:rPr>
          <w:rFonts w:asciiTheme="majorHAnsi" w:hAnsiTheme="majorHAnsi" w:cstheme="majorHAnsi"/>
          <w:sz w:val="24"/>
          <w:szCs w:val="24"/>
        </w:rPr>
        <w:t>.</w:t>
      </w:r>
    </w:p>
    <w:p w14:paraId="0AC95804" w14:textId="77777777" w:rsidR="00037261" w:rsidRPr="0049647C" w:rsidRDefault="00037261" w:rsidP="00C8250C">
      <w:pPr>
        <w:numPr>
          <w:ilvl w:val="0"/>
          <w:numId w:val="13"/>
        </w:numPr>
        <w:spacing w:after="0" w:line="259" w:lineRule="auto"/>
        <w:ind w:left="714" w:hanging="357"/>
        <w:contextualSpacing/>
        <w:jc w:val="both"/>
        <w:rPr>
          <w:rFonts w:asciiTheme="majorHAnsi" w:hAnsiTheme="majorHAnsi" w:cstheme="majorHAnsi"/>
          <w:sz w:val="24"/>
          <w:szCs w:val="24"/>
        </w:rPr>
      </w:pPr>
      <w:proofErr w:type="spellStart"/>
      <w:r w:rsidRPr="0049647C">
        <w:rPr>
          <w:rFonts w:asciiTheme="majorHAnsi" w:hAnsiTheme="majorHAnsi" w:cstheme="majorHAnsi"/>
          <w:sz w:val="24"/>
          <w:szCs w:val="24"/>
        </w:rPr>
        <w:t>Klauzula</w:t>
      </w:r>
      <w:proofErr w:type="spellEnd"/>
      <w:r w:rsidRPr="0049647C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49647C">
        <w:rPr>
          <w:rFonts w:asciiTheme="majorHAnsi" w:hAnsiTheme="majorHAnsi" w:cstheme="majorHAnsi"/>
          <w:sz w:val="24"/>
          <w:szCs w:val="24"/>
        </w:rPr>
        <w:t>informacyjna</w:t>
      </w:r>
      <w:proofErr w:type="spellEnd"/>
      <w:r w:rsidRPr="0049647C">
        <w:rPr>
          <w:rFonts w:asciiTheme="majorHAnsi" w:hAnsiTheme="majorHAnsi" w:cstheme="majorHAnsi"/>
          <w:sz w:val="24"/>
          <w:szCs w:val="24"/>
        </w:rPr>
        <w:t>.</w:t>
      </w:r>
    </w:p>
    <w:p w14:paraId="63B7D16F" w14:textId="63E1D8BE" w:rsidR="00F87244" w:rsidRPr="0049647C" w:rsidRDefault="00037261" w:rsidP="00C8250C">
      <w:pPr>
        <w:numPr>
          <w:ilvl w:val="0"/>
          <w:numId w:val="13"/>
        </w:numPr>
        <w:autoSpaceDE w:val="0"/>
        <w:autoSpaceDN w:val="0"/>
        <w:adjustRightInd w:val="0"/>
        <w:spacing w:after="0" w:line="259" w:lineRule="auto"/>
        <w:ind w:left="714" w:hanging="357"/>
        <w:jc w:val="both"/>
        <w:rPr>
          <w:rFonts w:asciiTheme="majorHAnsi" w:hAnsiTheme="majorHAnsi" w:cstheme="majorHAnsi"/>
          <w:sz w:val="24"/>
          <w:szCs w:val="24"/>
        </w:rPr>
      </w:pPr>
      <w:proofErr w:type="spellStart"/>
      <w:r w:rsidRPr="0049647C">
        <w:rPr>
          <w:rFonts w:asciiTheme="majorHAnsi" w:hAnsiTheme="majorHAnsi" w:cstheme="majorHAnsi"/>
          <w:sz w:val="24"/>
          <w:szCs w:val="24"/>
        </w:rPr>
        <w:t>Inne</w:t>
      </w:r>
      <w:proofErr w:type="spellEnd"/>
      <w:r w:rsidRPr="0049647C">
        <w:rPr>
          <w:rFonts w:asciiTheme="majorHAnsi" w:hAnsiTheme="majorHAnsi" w:cstheme="majorHAnsi"/>
          <w:sz w:val="24"/>
          <w:szCs w:val="24"/>
        </w:rPr>
        <w:t>: ……………………</w:t>
      </w:r>
    </w:p>
    <w:p w14:paraId="6A44DC05" w14:textId="77777777" w:rsidR="00F87244" w:rsidRPr="0049647C" w:rsidRDefault="00F87244" w:rsidP="00F87244">
      <w:pPr>
        <w:autoSpaceDE w:val="0"/>
        <w:autoSpaceDN w:val="0"/>
        <w:adjustRightInd w:val="0"/>
        <w:spacing w:after="0" w:line="240" w:lineRule="auto"/>
        <w:ind w:left="714"/>
        <w:jc w:val="both"/>
        <w:rPr>
          <w:rFonts w:asciiTheme="majorHAnsi" w:hAnsiTheme="majorHAnsi" w:cstheme="majorHAnsi"/>
          <w:sz w:val="24"/>
          <w:szCs w:val="24"/>
        </w:rPr>
      </w:pPr>
    </w:p>
    <w:p w14:paraId="2DEFFB7B" w14:textId="14177F69" w:rsidR="00A71111" w:rsidRPr="0049647C" w:rsidRDefault="00C20DCE" w:rsidP="00F87244">
      <w:pPr>
        <w:spacing w:after="0" w:line="360" w:lineRule="auto"/>
        <w:rPr>
          <w:sz w:val="24"/>
          <w:szCs w:val="24"/>
          <w:lang w:val="pl-PL"/>
        </w:rPr>
      </w:pPr>
      <w:r w:rsidRPr="0049647C">
        <w:rPr>
          <w:b/>
          <w:sz w:val="24"/>
          <w:szCs w:val="24"/>
          <w:lang w:val="pl-PL"/>
        </w:rPr>
        <w:t>Miejscowość i data</w:t>
      </w:r>
      <w:r w:rsidR="00C8250C">
        <w:rPr>
          <w:sz w:val="24"/>
          <w:szCs w:val="24"/>
          <w:lang w:val="pl-PL"/>
        </w:rPr>
        <w:t>: …………………………………………………</w:t>
      </w:r>
    </w:p>
    <w:p w14:paraId="6A8F6982" w14:textId="47FEE53A" w:rsidR="00A71111" w:rsidRPr="0049647C" w:rsidRDefault="00C20DCE" w:rsidP="00F87244">
      <w:pPr>
        <w:spacing w:after="0" w:line="360" w:lineRule="auto"/>
        <w:rPr>
          <w:sz w:val="24"/>
          <w:szCs w:val="24"/>
          <w:lang w:val="pl-PL"/>
        </w:rPr>
      </w:pPr>
      <w:r w:rsidRPr="0049647C">
        <w:rPr>
          <w:b/>
          <w:sz w:val="24"/>
          <w:szCs w:val="24"/>
          <w:lang w:val="pl-PL"/>
        </w:rPr>
        <w:t>Podpis osoby uprawnionej do reprezentacji oferenta:</w:t>
      </w:r>
      <w:r w:rsidRPr="0049647C">
        <w:rPr>
          <w:sz w:val="24"/>
          <w:szCs w:val="24"/>
          <w:lang w:val="pl-PL"/>
        </w:rPr>
        <w:t xml:space="preserve"> ……………………………………………………</w:t>
      </w:r>
      <w:r w:rsidR="00C8250C">
        <w:rPr>
          <w:sz w:val="24"/>
          <w:szCs w:val="24"/>
          <w:lang w:val="pl-PL"/>
        </w:rPr>
        <w:t>…………</w:t>
      </w:r>
      <w:bookmarkStart w:id="0" w:name="_GoBack"/>
      <w:bookmarkEnd w:id="0"/>
      <w:r w:rsidR="00F87244" w:rsidRPr="0049647C">
        <w:rPr>
          <w:sz w:val="24"/>
          <w:szCs w:val="24"/>
          <w:lang w:val="pl-PL"/>
        </w:rPr>
        <w:t>…</w:t>
      </w:r>
    </w:p>
    <w:sectPr w:rsidR="00A71111" w:rsidRPr="0049647C" w:rsidSect="00F87244">
      <w:footerReference w:type="default" r:id="rId8"/>
      <w:pgSz w:w="12240" w:h="15840"/>
      <w:pgMar w:top="0" w:right="1134" w:bottom="0" w:left="1247" w:header="56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5A5562" w14:textId="77777777" w:rsidR="00536437" w:rsidRDefault="00536437" w:rsidP="004347A1">
      <w:pPr>
        <w:spacing w:after="0" w:line="240" w:lineRule="auto"/>
      </w:pPr>
      <w:r>
        <w:separator/>
      </w:r>
    </w:p>
  </w:endnote>
  <w:endnote w:type="continuationSeparator" w:id="0">
    <w:p w14:paraId="621465E6" w14:textId="77777777" w:rsidR="00536437" w:rsidRDefault="00536437" w:rsidP="004347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40680052"/>
      <w:docPartObj>
        <w:docPartGallery w:val="Page Numbers (Bottom of Page)"/>
        <w:docPartUnique/>
      </w:docPartObj>
    </w:sdtPr>
    <w:sdtEndPr/>
    <w:sdtContent>
      <w:p w14:paraId="5EFD7EB9" w14:textId="3D967DF3" w:rsidR="004347A1" w:rsidRPr="00C8250C" w:rsidRDefault="004347A1" w:rsidP="00C8250C">
        <w:pPr>
          <w:pStyle w:val="Stopka"/>
          <w:jc w:val="center"/>
        </w:pPr>
        <w:r w:rsidRPr="00C8250C">
          <w:fldChar w:fldCharType="begin"/>
        </w:r>
        <w:r w:rsidRPr="00C8250C">
          <w:instrText>PAGE   \* MERGEFORMAT</w:instrText>
        </w:r>
        <w:r w:rsidRPr="00C8250C">
          <w:fldChar w:fldCharType="separate"/>
        </w:r>
        <w:r w:rsidR="00C8250C" w:rsidRPr="00C8250C">
          <w:rPr>
            <w:noProof/>
            <w:lang w:val="pl-PL"/>
          </w:rPr>
          <w:t>2</w:t>
        </w:r>
        <w:r w:rsidRPr="00C8250C">
          <w:fldChar w:fldCharType="end"/>
        </w:r>
      </w:p>
    </w:sdtContent>
  </w:sdt>
  <w:p w14:paraId="3DF36543" w14:textId="77777777" w:rsidR="004347A1" w:rsidRDefault="004347A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A59632" w14:textId="77777777" w:rsidR="00536437" w:rsidRDefault="00536437" w:rsidP="004347A1">
      <w:pPr>
        <w:spacing w:after="0" w:line="240" w:lineRule="auto"/>
      </w:pPr>
      <w:r>
        <w:separator/>
      </w:r>
    </w:p>
  </w:footnote>
  <w:footnote w:type="continuationSeparator" w:id="0">
    <w:p w14:paraId="2BC7F669" w14:textId="77777777" w:rsidR="00536437" w:rsidRDefault="00536437" w:rsidP="004347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6FE3AEC"/>
    <w:multiLevelType w:val="hybridMultilevel"/>
    <w:tmpl w:val="8606057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676" w:hanging="360"/>
      </w:pPr>
    </w:lvl>
    <w:lvl w:ilvl="2" w:tplc="0415001B" w:tentative="1">
      <w:start w:val="1"/>
      <w:numFmt w:val="lowerRoman"/>
      <w:lvlText w:val="%3."/>
      <w:lvlJc w:val="right"/>
      <w:pPr>
        <w:ind w:left="1396" w:hanging="180"/>
      </w:pPr>
    </w:lvl>
    <w:lvl w:ilvl="3" w:tplc="0415000F" w:tentative="1">
      <w:start w:val="1"/>
      <w:numFmt w:val="decimal"/>
      <w:lvlText w:val="%4."/>
      <w:lvlJc w:val="left"/>
      <w:pPr>
        <w:ind w:left="2116" w:hanging="360"/>
      </w:pPr>
    </w:lvl>
    <w:lvl w:ilvl="4" w:tplc="04150019" w:tentative="1">
      <w:start w:val="1"/>
      <w:numFmt w:val="lowerLetter"/>
      <w:lvlText w:val="%5."/>
      <w:lvlJc w:val="left"/>
      <w:pPr>
        <w:ind w:left="2836" w:hanging="360"/>
      </w:pPr>
    </w:lvl>
    <w:lvl w:ilvl="5" w:tplc="0415001B" w:tentative="1">
      <w:start w:val="1"/>
      <w:numFmt w:val="lowerRoman"/>
      <w:lvlText w:val="%6."/>
      <w:lvlJc w:val="right"/>
      <w:pPr>
        <w:ind w:left="3556" w:hanging="180"/>
      </w:pPr>
    </w:lvl>
    <w:lvl w:ilvl="6" w:tplc="0415000F" w:tentative="1">
      <w:start w:val="1"/>
      <w:numFmt w:val="decimal"/>
      <w:lvlText w:val="%7."/>
      <w:lvlJc w:val="left"/>
      <w:pPr>
        <w:ind w:left="4276" w:hanging="360"/>
      </w:pPr>
    </w:lvl>
    <w:lvl w:ilvl="7" w:tplc="04150019" w:tentative="1">
      <w:start w:val="1"/>
      <w:numFmt w:val="lowerLetter"/>
      <w:lvlText w:val="%8."/>
      <w:lvlJc w:val="left"/>
      <w:pPr>
        <w:ind w:left="4996" w:hanging="360"/>
      </w:pPr>
    </w:lvl>
    <w:lvl w:ilvl="8" w:tplc="0415001B" w:tentative="1">
      <w:start w:val="1"/>
      <w:numFmt w:val="lowerRoman"/>
      <w:lvlText w:val="%9."/>
      <w:lvlJc w:val="right"/>
      <w:pPr>
        <w:ind w:left="5716" w:hanging="180"/>
      </w:pPr>
    </w:lvl>
  </w:abstractNum>
  <w:abstractNum w:abstractNumId="10" w15:restartNumberingAfterBreak="0">
    <w:nsid w:val="1C757D27"/>
    <w:multiLevelType w:val="hybridMultilevel"/>
    <w:tmpl w:val="2A8813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953C59"/>
    <w:multiLevelType w:val="hybridMultilevel"/>
    <w:tmpl w:val="EB9A27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C81239"/>
    <w:multiLevelType w:val="hybridMultilevel"/>
    <w:tmpl w:val="092C281A"/>
    <w:lvl w:ilvl="0" w:tplc="C43A916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7D813F9"/>
    <w:multiLevelType w:val="hybridMultilevel"/>
    <w:tmpl w:val="58542242"/>
    <w:lvl w:ilvl="0" w:tplc="041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10"/>
  </w:num>
  <w:num w:numId="12">
    <w:abstractNumId w:val="12"/>
  </w:num>
  <w:num w:numId="13">
    <w:abstractNumId w:val="11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02043"/>
    <w:rsid w:val="00026C12"/>
    <w:rsid w:val="00030A51"/>
    <w:rsid w:val="00034616"/>
    <w:rsid w:val="00037261"/>
    <w:rsid w:val="0006063C"/>
    <w:rsid w:val="00092C3A"/>
    <w:rsid w:val="000952A4"/>
    <w:rsid w:val="000C5C87"/>
    <w:rsid w:val="00104C4F"/>
    <w:rsid w:val="00122883"/>
    <w:rsid w:val="0015074B"/>
    <w:rsid w:val="001652B2"/>
    <w:rsid w:val="00252132"/>
    <w:rsid w:val="0029639D"/>
    <w:rsid w:val="002D053E"/>
    <w:rsid w:val="00326F90"/>
    <w:rsid w:val="0033148E"/>
    <w:rsid w:val="00382619"/>
    <w:rsid w:val="004347A1"/>
    <w:rsid w:val="0049647C"/>
    <w:rsid w:val="004B43BE"/>
    <w:rsid w:val="004D731A"/>
    <w:rsid w:val="00536437"/>
    <w:rsid w:val="00607A21"/>
    <w:rsid w:val="00706432"/>
    <w:rsid w:val="0083183F"/>
    <w:rsid w:val="008757BA"/>
    <w:rsid w:val="00904F9E"/>
    <w:rsid w:val="0092311A"/>
    <w:rsid w:val="009907EB"/>
    <w:rsid w:val="009A4085"/>
    <w:rsid w:val="009B15FD"/>
    <w:rsid w:val="00A71111"/>
    <w:rsid w:val="00A7791F"/>
    <w:rsid w:val="00AA1D8D"/>
    <w:rsid w:val="00AC79CB"/>
    <w:rsid w:val="00B47730"/>
    <w:rsid w:val="00BE132E"/>
    <w:rsid w:val="00C20DCE"/>
    <w:rsid w:val="00C27ACE"/>
    <w:rsid w:val="00C373B9"/>
    <w:rsid w:val="00C8250C"/>
    <w:rsid w:val="00CB0664"/>
    <w:rsid w:val="00CE3484"/>
    <w:rsid w:val="00DA780D"/>
    <w:rsid w:val="00DB2081"/>
    <w:rsid w:val="00F520C6"/>
    <w:rsid w:val="00F6552B"/>
    <w:rsid w:val="00F87244"/>
    <w:rsid w:val="00FC693F"/>
    <w:rsid w:val="00FF5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CBCF6A5"/>
  <w14:defaultImageDpi w14:val="330"/>
  <w15:docId w15:val="{13272E9B-3143-434C-AB9D-3BECFFE4B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C693F"/>
    <w:rPr>
      <w:rFonts w:ascii="Calibri" w:eastAsia="Calibri" w:hAnsi="Calibri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371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360A70D-8005-499E-8224-C89631E9EA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415</Words>
  <Characters>2492</Characters>
  <Application>Microsoft Office Word</Application>
  <DocSecurity>0</DocSecurity>
  <Lines>20</Lines>
  <Paragraphs>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2902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Marzena Pecyna</cp:lastModifiedBy>
  <cp:revision>2</cp:revision>
  <dcterms:created xsi:type="dcterms:W3CDTF">2026-08-21T11:57:00Z</dcterms:created>
  <dcterms:modified xsi:type="dcterms:W3CDTF">2026-08-21T11:57:00Z</dcterms:modified>
  <cp:category/>
</cp:coreProperties>
</file>